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01D29" w14:textId="09A158F0" w:rsidR="00816213" w:rsidRPr="00816213" w:rsidRDefault="00816213" w:rsidP="00816213">
      <w:pPr>
        <w:jc w:val="center"/>
        <w:rPr>
          <w:lang w:val="en-GB"/>
        </w:rPr>
      </w:pPr>
      <w:r w:rsidRPr="00816213">
        <w:rPr>
          <w:noProof/>
          <w:lang w:val="en-GB"/>
        </w:rPr>
        <w:drawing>
          <wp:anchor distT="0" distB="0" distL="114300" distR="114300" simplePos="0" relativeHeight="251658240" behindDoc="1" locked="0" layoutInCell="1" allowOverlap="1" wp14:anchorId="4C5CC14A" wp14:editId="5AD41E4E">
            <wp:simplePos x="0" y="0"/>
            <wp:positionH relativeFrom="column">
              <wp:posOffset>866775</wp:posOffset>
            </wp:positionH>
            <wp:positionV relativeFrom="paragraph">
              <wp:posOffset>-571500</wp:posOffset>
            </wp:positionV>
            <wp:extent cx="3752850" cy="2064502"/>
            <wp:effectExtent l="0" t="0" r="0" b="0"/>
            <wp:wrapTight wrapText="bothSides">
              <wp:wrapPolygon edited="0">
                <wp:start x="0" y="0"/>
                <wp:lineTo x="0" y="21328"/>
                <wp:lineTo x="21490" y="21328"/>
                <wp:lineTo x="21490" y="0"/>
                <wp:lineTo x="0" y="0"/>
              </wp:wrapPolygon>
            </wp:wrapTight>
            <wp:docPr id="15797512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52850" cy="20645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F14013" w14:textId="77777777" w:rsidR="00816213" w:rsidRDefault="00816213"/>
    <w:p w14:paraId="7691F68F" w14:textId="77777777" w:rsidR="00816213" w:rsidRDefault="00816213"/>
    <w:p w14:paraId="77E468B4" w14:textId="77777777" w:rsidR="00816213" w:rsidRDefault="00816213"/>
    <w:p w14:paraId="407AF009" w14:textId="77777777" w:rsidR="00816213" w:rsidRDefault="00816213"/>
    <w:p w14:paraId="05E54D3F" w14:textId="77777777" w:rsidR="00E16FFA" w:rsidRDefault="00E16FFA"/>
    <w:p w14:paraId="16D995EE" w14:textId="77777777" w:rsidR="00E16FFA" w:rsidRDefault="00E16FFA"/>
    <w:p w14:paraId="6ACA4BCA" w14:textId="48D10C81" w:rsidR="00816213" w:rsidRDefault="00187A15">
      <w:r>
        <w:t xml:space="preserve">We are pleased to invite pupils to take part in our upcoming </w:t>
      </w:r>
      <w:r w:rsidR="00816213">
        <w:t xml:space="preserve">Braybrook </w:t>
      </w:r>
      <w:proofErr w:type="spellStart"/>
      <w:r>
        <w:t>Colour</w:t>
      </w:r>
      <w:proofErr w:type="spellEnd"/>
      <w:r>
        <w:t xml:space="preserve"> Run fundraising event</w:t>
      </w:r>
      <w:r w:rsidR="00816213">
        <w:t>, in collaboration with the PTA</w:t>
      </w:r>
      <w:r>
        <w:t>.</w:t>
      </w:r>
      <w:r w:rsidR="00816213">
        <w:t xml:space="preserve">  This will take part on 25</w:t>
      </w:r>
      <w:r w:rsidR="00816213" w:rsidRPr="00816213">
        <w:rPr>
          <w:vertAlign w:val="superscript"/>
        </w:rPr>
        <w:t>th</w:t>
      </w:r>
      <w:r w:rsidR="00816213">
        <w:t xml:space="preserve"> June starting straight after school on the school field (starting from 3:15pm onwards).  Children will run the course with their </w:t>
      </w:r>
      <w:proofErr w:type="gramStart"/>
      <w:r w:rsidR="00816213">
        <w:t>class, and</w:t>
      </w:r>
      <w:proofErr w:type="gramEnd"/>
      <w:r w:rsidR="00816213">
        <w:t xml:space="preserve"> be released </w:t>
      </w:r>
      <w:proofErr w:type="gramStart"/>
      <w:r w:rsidR="00816213">
        <w:t>to</w:t>
      </w:r>
      <w:proofErr w:type="gramEnd"/>
      <w:r w:rsidR="00816213">
        <w:t xml:space="preserve"> their parents after they have finished Unfortunately, parents will not be able to run the course this year.</w:t>
      </w:r>
    </w:p>
    <w:p w14:paraId="0452D670" w14:textId="67E5733A" w:rsidR="00417A18" w:rsidRDefault="00816213">
      <w:r>
        <w:t>If you cannot come to spectate</w:t>
      </w:r>
      <w:r w:rsidR="00987A47">
        <w:t>/attend</w:t>
      </w:r>
      <w:r>
        <w:t>, we are hosting a separate run at 2:30pm with school staff (</w:t>
      </w:r>
      <w:proofErr w:type="gramStart"/>
      <w:r>
        <w:t>no</w:t>
      </w:r>
      <w:proofErr w:type="gramEnd"/>
      <w:r>
        <w:t xml:space="preserve"> spectators).</w:t>
      </w:r>
      <w:r w:rsidR="00187A15">
        <w:br/>
      </w:r>
      <w:r w:rsidR="00187A15">
        <w:br/>
        <w:t>During the event, children will walk, jog or run around a supervised course while coloured powder is gently thrown at participants. The powder used is non-toxic and suitable for this type of event.</w:t>
      </w:r>
    </w:p>
    <w:p w14:paraId="1AE02B45" w14:textId="1DBA00E7" w:rsidR="00610063" w:rsidRPr="00610063" w:rsidRDefault="00610063">
      <w:pPr>
        <w:rPr>
          <w:b/>
          <w:bCs/>
          <w:u w:val="single"/>
        </w:rPr>
      </w:pPr>
      <w:r w:rsidRPr="00610063">
        <w:rPr>
          <w:b/>
          <w:bCs/>
          <w:u w:val="single"/>
        </w:rPr>
        <w:t>ENTRY</w:t>
      </w:r>
    </w:p>
    <w:p w14:paraId="2AEC1AE6" w14:textId="16C5488E" w:rsidR="00610063" w:rsidRDefault="006D665C" w:rsidP="006D665C">
      <w:r w:rsidRPr="006D665C">
        <w:rPr>
          <w:noProof/>
          <w:lang w:val="en-GB"/>
        </w:rPr>
        <w:drawing>
          <wp:anchor distT="0" distB="0" distL="114300" distR="114300" simplePos="0" relativeHeight="251653632" behindDoc="1" locked="0" layoutInCell="1" allowOverlap="1" wp14:anchorId="4D1B0E7C" wp14:editId="0710E8C7">
            <wp:simplePos x="0" y="0"/>
            <wp:positionH relativeFrom="column">
              <wp:posOffset>4476750</wp:posOffset>
            </wp:positionH>
            <wp:positionV relativeFrom="paragraph">
              <wp:posOffset>669290</wp:posOffset>
            </wp:positionV>
            <wp:extent cx="1872615" cy="1685925"/>
            <wp:effectExtent l="0" t="0" r="0" b="9525"/>
            <wp:wrapTight wrapText="bothSides">
              <wp:wrapPolygon edited="0">
                <wp:start x="0" y="0"/>
                <wp:lineTo x="0" y="21478"/>
                <wp:lineTo x="21314" y="21478"/>
                <wp:lineTo x="21314" y="0"/>
                <wp:lineTo x="0" y="0"/>
              </wp:wrapPolygon>
            </wp:wrapTight>
            <wp:docPr id="10980759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2615"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187A15" w:rsidRPr="00816213">
        <w:rPr>
          <w:b/>
          <w:bCs/>
        </w:rPr>
        <w:t>The cost to enter is £6 per child</w:t>
      </w:r>
      <w:r w:rsidR="00187A15">
        <w:t>. This includes:</w:t>
      </w:r>
      <w:r w:rsidR="00187A15">
        <w:br/>
        <w:t>• Entry to the Colour Run</w:t>
      </w:r>
      <w:r w:rsidR="00187A15">
        <w:br/>
        <w:t>• Coloured powder</w:t>
      </w:r>
      <w:r w:rsidR="00187A15">
        <w:br/>
        <w:t>• Protective glasses</w:t>
      </w:r>
      <w:r w:rsidR="00187A15">
        <w:br/>
        <w:t>• A finishers medal</w:t>
      </w:r>
      <w:r w:rsidR="00187A15">
        <w:br/>
      </w:r>
      <w:r w:rsidR="00610063">
        <w:t>Please send the money into school in a named envelope.</w:t>
      </w:r>
    </w:p>
    <w:p w14:paraId="7EC33FE6" w14:textId="50A2C9D4" w:rsidR="00610063" w:rsidRDefault="00610063" w:rsidP="00610063">
      <w:r w:rsidRPr="00610063">
        <w:rPr>
          <w:b/>
          <w:bCs/>
          <w:u w:val="single"/>
        </w:rPr>
        <w:t>FUNDRAISING</w:t>
      </w:r>
      <w:r w:rsidR="00187A15">
        <w:br/>
        <w:t>We are also encouraging children to take part in sponsorship fundraising for an extra incentive</w:t>
      </w:r>
      <w:r w:rsidR="000273A0">
        <w:t xml:space="preserve"> (but this is not compulsory)</w:t>
      </w:r>
      <w:r>
        <w:t>.</w:t>
      </w:r>
    </w:p>
    <w:p w14:paraId="5881C868" w14:textId="37097D65" w:rsidR="00610063" w:rsidRPr="00610063" w:rsidRDefault="00610063" w:rsidP="00610063">
      <w:pPr>
        <w:rPr>
          <w:lang w:val="en-GB"/>
        </w:rPr>
      </w:pPr>
      <w:r w:rsidRPr="00610063">
        <w:rPr>
          <w:lang w:val="en-GB"/>
        </w:rPr>
        <w:t>For every student raising £10, they will receive their own Colour Run t-shirt!</w:t>
      </w:r>
    </w:p>
    <w:p w14:paraId="05F2220A" w14:textId="77777777" w:rsidR="00610063" w:rsidRPr="00610063" w:rsidRDefault="00610063" w:rsidP="00610063">
      <w:pPr>
        <w:rPr>
          <w:lang w:val="en-GB"/>
        </w:rPr>
      </w:pPr>
      <w:r w:rsidRPr="00610063">
        <w:rPr>
          <w:lang w:val="en-GB"/>
        </w:rPr>
        <w:t>For those raising £20, they will also receive a set of accessories for the colour run!</w:t>
      </w:r>
    </w:p>
    <w:p w14:paraId="35108E75" w14:textId="77777777" w:rsidR="00610063" w:rsidRPr="00610063" w:rsidRDefault="00610063" w:rsidP="00610063">
      <w:pPr>
        <w:rPr>
          <w:lang w:val="en-GB"/>
        </w:rPr>
      </w:pPr>
      <w:r w:rsidRPr="00610063">
        <w:rPr>
          <w:lang w:val="en-GB"/>
        </w:rPr>
        <w:t xml:space="preserve">Those who raise £30 or more will receive </w:t>
      </w:r>
      <w:proofErr w:type="gramStart"/>
      <w:r w:rsidRPr="00610063">
        <w:rPr>
          <w:lang w:val="en-GB"/>
        </w:rPr>
        <w:t>all of</w:t>
      </w:r>
      <w:proofErr w:type="gramEnd"/>
      <w:r w:rsidRPr="00610063">
        <w:rPr>
          <w:lang w:val="en-GB"/>
        </w:rPr>
        <w:t xml:space="preserve"> the above plus a draw-string bag of goodies!</w:t>
      </w:r>
    </w:p>
    <w:p w14:paraId="4B56BDFA" w14:textId="77777777" w:rsidR="00B0590C" w:rsidRDefault="006D665C">
      <w:pP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t xml:space="preserve">Fundraising can be done online by heading to </w:t>
      </w:r>
      <w:proofErr w:type="spellStart"/>
      <w:r>
        <w:rPr>
          <w:rFonts w:ascii="Times New Roman" w:eastAsia="Times New Roman" w:hAnsi="Times New Roman" w:cs="Times New Roman"/>
          <w:sz w:val="24"/>
          <w:szCs w:val="24"/>
          <w:lang w:val="en-GB" w:eastAsia="en-GB"/>
        </w:rPr>
        <w:t>SuperKind</w:t>
      </w:r>
      <w:proofErr w:type="spellEnd"/>
      <w:r>
        <w:rPr>
          <w:rFonts w:ascii="Times New Roman" w:eastAsia="Times New Roman" w:hAnsi="Times New Roman" w:cs="Times New Roman"/>
          <w:sz w:val="24"/>
          <w:szCs w:val="24"/>
          <w:lang w:val="en-GB" w:eastAsia="en-GB"/>
        </w:rPr>
        <w:t xml:space="preserve"> at the following link: </w:t>
      </w:r>
      <w:hyperlink r:id="rId8" w:history="1">
        <w:r w:rsidR="00610063" w:rsidRPr="00610063">
          <w:rPr>
            <w:rStyle w:val="Hyperlink"/>
            <w:rFonts w:ascii="Times New Roman" w:eastAsia="Times New Roman" w:hAnsi="Times New Roman" w:cs="Times New Roman"/>
            <w:sz w:val="24"/>
            <w:szCs w:val="24"/>
            <w:lang w:eastAsia="en-GB"/>
          </w:rPr>
          <w:t xml:space="preserve">Braybrook </w:t>
        </w:r>
        <w:proofErr w:type="spellStart"/>
        <w:r w:rsidR="00610063" w:rsidRPr="00610063">
          <w:rPr>
            <w:rStyle w:val="Hyperlink"/>
            <w:rFonts w:ascii="Times New Roman" w:eastAsia="Times New Roman" w:hAnsi="Times New Roman" w:cs="Times New Roman"/>
            <w:sz w:val="24"/>
            <w:szCs w:val="24"/>
            <w:lang w:eastAsia="en-GB"/>
          </w:rPr>
          <w:t>Colour</w:t>
        </w:r>
        <w:proofErr w:type="spellEnd"/>
        <w:r w:rsidR="00610063" w:rsidRPr="00610063">
          <w:rPr>
            <w:rStyle w:val="Hyperlink"/>
            <w:rFonts w:ascii="Times New Roman" w:eastAsia="Times New Roman" w:hAnsi="Times New Roman" w:cs="Times New Roman"/>
            <w:sz w:val="24"/>
            <w:szCs w:val="24"/>
            <w:lang w:eastAsia="en-GB"/>
          </w:rPr>
          <w:t xml:space="preserve"> Run 2026 | </w:t>
        </w:r>
        <w:proofErr w:type="spellStart"/>
        <w:r w:rsidR="00610063" w:rsidRPr="00610063">
          <w:rPr>
            <w:rStyle w:val="Hyperlink"/>
            <w:rFonts w:ascii="Times New Roman" w:eastAsia="Times New Roman" w:hAnsi="Times New Roman" w:cs="Times New Roman"/>
            <w:sz w:val="24"/>
            <w:szCs w:val="24"/>
            <w:lang w:eastAsia="en-GB"/>
          </w:rPr>
          <w:t>SuperKind</w:t>
        </w:r>
        <w:proofErr w:type="spellEnd"/>
      </w:hyperlink>
      <w:r w:rsidR="00610063">
        <w:rPr>
          <w:rFonts w:ascii="Times New Roman" w:eastAsia="Times New Roman" w:hAnsi="Times New Roman" w:cs="Times New Roman"/>
          <w:sz w:val="24"/>
          <w:szCs w:val="24"/>
          <w:lang w:val="en-GB" w:eastAsia="en-GB"/>
        </w:rPr>
        <w:t xml:space="preserve"> (link will be shared onto Dojo)</w:t>
      </w:r>
      <w:r>
        <w:rPr>
          <w:rFonts w:ascii="Times New Roman" w:eastAsia="Times New Roman" w:hAnsi="Times New Roman" w:cs="Times New Roman"/>
          <w:sz w:val="24"/>
          <w:szCs w:val="24"/>
          <w:lang w:val="en-GB" w:eastAsia="en-GB"/>
        </w:rPr>
        <w:t xml:space="preserve"> and </w:t>
      </w:r>
      <w:r w:rsidRPr="00610063">
        <w:rPr>
          <w:rFonts w:ascii="Times New Roman" w:eastAsia="Times New Roman" w:hAnsi="Times New Roman" w:cs="Times New Roman"/>
          <w:b/>
          <w:bCs/>
          <w:sz w:val="24"/>
          <w:szCs w:val="24"/>
          <w:u w:val="single"/>
          <w:lang w:val="en-GB" w:eastAsia="en-GB"/>
        </w:rPr>
        <w:t>creating an account for your child</w:t>
      </w:r>
      <w:r>
        <w:rPr>
          <w:rFonts w:ascii="Times New Roman" w:eastAsia="Times New Roman" w:hAnsi="Times New Roman" w:cs="Times New Roman"/>
          <w:sz w:val="24"/>
          <w:szCs w:val="24"/>
          <w:lang w:val="en-GB" w:eastAsia="en-GB"/>
        </w:rPr>
        <w:t xml:space="preserve">.  </w:t>
      </w:r>
      <w:r w:rsidR="00610063">
        <w:rPr>
          <w:rFonts w:ascii="Times New Roman" w:eastAsia="Times New Roman" w:hAnsi="Times New Roman" w:cs="Times New Roman"/>
          <w:sz w:val="24"/>
          <w:szCs w:val="24"/>
          <w:lang w:val="en-GB" w:eastAsia="en-GB"/>
        </w:rPr>
        <w:t xml:space="preserve">Instructions are </w:t>
      </w:r>
      <w:r w:rsidR="00B0590C">
        <w:rPr>
          <w:rFonts w:ascii="Times New Roman" w:eastAsia="Times New Roman" w:hAnsi="Times New Roman" w:cs="Times New Roman"/>
          <w:sz w:val="24"/>
          <w:szCs w:val="24"/>
          <w:lang w:val="en-GB" w:eastAsia="en-GB"/>
        </w:rPr>
        <w:t>on Dojo of how to sign up</w:t>
      </w:r>
      <w:r w:rsidR="00610063">
        <w:rPr>
          <w:rFonts w:ascii="Times New Roman" w:eastAsia="Times New Roman" w:hAnsi="Times New Roman" w:cs="Times New Roman"/>
          <w:sz w:val="24"/>
          <w:szCs w:val="24"/>
          <w:lang w:val="en-GB" w:eastAsia="en-GB"/>
        </w:rPr>
        <w:t>.</w:t>
      </w:r>
    </w:p>
    <w:p w14:paraId="413D11ED" w14:textId="4258CB49" w:rsidR="00610063" w:rsidRPr="00B0590C" w:rsidRDefault="00B0590C">
      <w:pPr>
        <w:rPr>
          <w:rFonts w:ascii="Times New Roman" w:eastAsia="Times New Roman" w:hAnsi="Times New Roman" w:cs="Times New Roman"/>
          <w:b/>
          <w:bCs/>
          <w:sz w:val="24"/>
          <w:szCs w:val="24"/>
          <w:u w:val="single"/>
          <w:lang w:val="en-GB" w:eastAsia="en-GB"/>
        </w:rPr>
      </w:pPr>
      <w:r w:rsidRPr="00B0590C">
        <w:rPr>
          <w:rFonts w:ascii="Times New Roman" w:eastAsia="Times New Roman" w:hAnsi="Times New Roman" w:cs="Times New Roman"/>
          <w:b/>
          <w:bCs/>
          <w:sz w:val="24"/>
          <w:szCs w:val="24"/>
          <w:u w:val="single"/>
          <w:lang w:val="en-GB" w:eastAsia="en-GB"/>
        </w:rPr>
        <w:t xml:space="preserve">You must have donations </w:t>
      </w:r>
      <w:r>
        <w:rPr>
          <w:rFonts w:ascii="Times New Roman" w:eastAsia="Times New Roman" w:hAnsi="Times New Roman" w:cs="Times New Roman"/>
          <w:b/>
          <w:bCs/>
          <w:sz w:val="24"/>
          <w:szCs w:val="24"/>
          <w:u w:val="single"/>
          <w:lang w:val="en-GB" w:eastAsia="en-GB"/>
        </w:rPr>
        <w:t xml:space="preserve">made </w:t>
      </w:r>
      <w:r w:rsidRPr="00B0590C">
        <w:rPr>
          <w:rFonts w:ascii="Times New Roman" w:eastAsia="Times New Roman" w:hAnsi="Times New Roman" w:cs="Times New Roman"/>
          <w:b/>
          <w:bCs/>
          <w:sz w:val="24"/>
          <w:szCs w:val="24"/>
          <w:u w:val="single"/>
          <w:lang w:val="en-GB" w:eastAsia="en-GB"/>
        </w:rPr>
        <w:t>into your child’s page for us to track their progress towards targets (and not pay into the general school page)</w:t>
      </w:r>
      <w:r w:rsidR="00610063" w:rsidRPr="00B0590C">
        <w:rPr>
          <w:rFonts w:ascii="Times New Roman" w:eastAsia="Times New Roman" w:hAnsi="Times New Roman" w:cs="Times New Roman"/>
          <w:b/>
          <w:bCs/>
          <w:sz w:val="24"/>
          <w:szCs w:val="24"/>
          <w:u w:val="single"/>
          <w:lang w:val="en-GB" w:eastAsia="en-GB"/>
        </w:rPr>
        <w:t xml:space="preserve"> </w:t>
      </w:r>
    </w:p>
    <w:p w14:paraId="0D61419D" w14:textId="793C35EF" w:rsidR="00417A18" w:rsidRDefault="006D665C">
      <w:r>
        <w:rPr>
          <w:rFonts w:ascii="Times New Roman" w:eastAsia="Times New Roman" w:hAnsi="Times New Roman" w:cs="Times New Roman"/>
          <w:sz w:val="24"/>
          <w:szCs w:val="24"/>
          <w:lang w:val="en-GB" w:eastAsia="en-GB"/>
        </w:rPr>
        <w:t xml:space="preserve">If you would rather bring </w:t>
      </w:r>
      <w:r w:rsidR="00610063">
        <w:rPr>
          <w:rFonts w:ascii="Times New Roman" w:eastAsia="Times New Roman" w:hAnsi="Times New Roman" w:cs="Times New Roman"/>
          <w:sz w:val="24"/>
          <w:szCs w:val="24"/>
          <w:lang w:val="en-GB" w:eastAsia="en-GB"/>
        </w:rPr>
        <w:t xml:space="preserve">sponsor </w:t>
      </w:r>
      <w:r>
        <w:rPr>
          <w:rFonts w:ascii="Times New Roman" w:eastAsia="Times New Roman" w:hAnsi="Times New Roman" w:cs="Times New Roman"/>
          <w:sz w:val="24"/>
          <w:szCs w:val="24"/>
          <w:lang w:val="en-GB" w:eastAsia="en-GB"/>
        </w:rPr>
        <w:t>money</w:t>
      </w:r>
      <w:r w:rsidR="00B0590C">
        <w:rPr>
          <w:rFonts w:ascii="Times New Roman" w:eastAsia="Times New Roman" w:hAnsi="Times New Roman" w:cs="Times New Roman"/>
          <w:sz w:val="24"/>
          <w:szCs w:val="24"/>
          <w:lang w:val="en-GB" w:eastAsia="en-GB"/>
        </w:rPr>
        <w:t xml:space="preserve"> (cash)</w:t>
      </w:r>
      <w:r>
        <w:rPr>
          <w:rFonts w:ascii="Times New Roman" w:eastAsia="Times New Roman" w:hAnsi="Times New Roman" w:cs="Times New Roman"/>
          <w:sz w:val="24"/>
          <w:szCs w:val="24"/>
          <w:lang w:val="en-GB" w:eastAsia="en-GB"/>
        </w:rPr>
        <w:t xml:space="preserve"> into the school office, please put it into a named envelope.</w:t>
      </w:r>
      <w:r w:rsidR="00187A15">
        <w:br/>
      </w:r>
      <w:r w:rsidR="00187A15">
        <w:br/>
        <w:t>There will also be prizes awarded for fundraising:</w:t>
      </w:r>
      <w:r w:rsidR="00187A15">
        <w:br/>
        <w:t>• The top 3 individual fundraisers across the school will each receive a prize</w:t>
      </w:r>
      <w:r w:rsidR="00187A15">
        <w:br/>
        <w:t>• The highest fundraising class will win a special class prize</w:t>
      </w:r>
    </w:p>
    <w:p w14:paraId="76BC94E3" w14:textId="030CA3A1" w:rsidR="00816213" w:rsidRDefault="00816213">
      <w:r>
        <w:t xml:space="preserve">Safety information – </w:t>
      </w:r>
      <w:r w:rsidRPr="00610063">
        <w:rPr>
          <w:b/>
          <w:bCs/>
        </w:rPr>
        <w:t>parents MUST sign the attached waiver for their children</w:t>
      </w:r>
      <w:r>
        <w:t>.  If we do not receive the waiver, they will not be able to participate.</w:t>
      </w:r>
    </w:p>
    <w:p w14:paraId="429AF4C3" w14:textId="0F35DE32" w:rsidR="00816213" w:rsidRDefault="00816213">
      <w:r>
        <w:t xml:space="preserve">As part of the event, there will be food stalls, a raffle and a pocket money stall, so bring </w:t>
      </w:r>
      <w:proofErr w:type="gramStart"/>
      <w:r>
        <w:t>any</w:t>
      </w:r>
      <w:proofErr w:type="gramEnd"/>
      <w:r>
        <w:t xml:space="preserve"> extra cash when you come to spectate.</w:t>
      </w:r>
    </w:p>
    <w:p w14:paraId="3C382961" w14:textId="4668B6ED" w:rsidR="00610063" w:rsidRDefault="00610063">
      <w:r>
        <w:t>We are looking forward to an exciting and fun event, and hopefully we can raise lots to continue to transform our outdoor spaces!</w:t>
      </w:r>
    </w:p>
    <w:p w14:paraId="095F20C9" w14:textId="2242BCDC" w:rsidR="00610063" w:rsidRDefault="00610063">
      <w:r>
        <w:t>The Friends of Braybrook School Associat</w:t>
      </w:r>
      <w:r w:rsidR="00987A47">
        <w:t>ion</w:t>
      </w:r>
    </w:p>
    <w:p w14:paraId="29D4CCBD" w14:textId="77777777" w:rsidR="00610063" w:rsidRDefault="00610063"/>
    <w:p w14:paraId="379B9E3B" w14:textId="77777777" w:rsidR="00610063" w:rsidRDefault="00610063"/>
    <w:p w14:paraId="1872B159" w14:textId="77777777" w:rsidR="00610063" w:rsidRDefault="00610063"/>
    <w:p w14:paraId="3EB6D49D" w14:textId="77777777" w:rsidR="00610063" w:rsidRDefault="00610063"/>
    <w:p w14:paraId="40685D0D" w14:textId="77777777" w:rsidR="00610063" w:rsidRDefault="00610063"/>
    <w:p w14:paraId="249DD8E4" w14:textId="77777777" w:rsidR="00610063" w:rsidRDefault="00610063"/>
    <w:p w14:paraId="6217AD62" w14:textId="77777777" w:rsidR="00610063" w:rsidRDefault="00610063"/>
    <w:p w14:paraId="1FC0F853" w14:textId="77777777" w:rsidR="00610063" w:rsidRDefault="00610063"/>
    <w:p w14:paraId="1E74C5BF" w14:textId="77777777" w:rsidR="00610063" w:rsidRDefault="00610063"/>
    <w:p w14:paraId="36B898BB" w14:textId="77777777" w:rsidR="00610063" w:rsidRDefault="00610063"/>
    <w:p w14:paraId="3241D8B0" w14:textId="77777777" w:rsidR="00610063" w:rsidRDefault="00610063"/>
    <w:p w14:paraId="012B3D96" w14:textId="77777777" w:rsidR="00610063" w:rsidRDefault="00610063"/>
    <w:p w14:paraId="09EB168A" w14:textId="797E9261" w:rsidR="00610063" w:rsidRPr="005809E9" w:rsidRDefault="004C3EAA">
      <w:pPr>
        <w:rPr>
          <w:b/>
          <w:bCs/>
          <w:u w:val="single"/>
        </w:rPr>
      </w:pPr>
      <w:proofErr w:type="gramStart"/>
      <w:r w:rsidRPr="005809E9">
        <w:rPr>
          <w:b/>
          <w:bCs/>
          <w:u w:val="single"/>
        </w:rPr>
        <w:lastRenderedPageBreak/>
        <w:t>RETURN THIS</w:t>
      </w:r>
      <w:proofErr w:type="gramEnd"/>
      <w:r w:rsidRPr="005809E9">
        <w:rPr>
          <w:b/>
          <w:bCs/>
          <w:u w:val="single"/>
        </w:rPr>
        <w:t xml:space="preserve"> TO SCHOOL BY FRIDAY </w:t>
      </w:r>
      <w:r w:rsidR="005809E9" w:rsidRPr="005809E9">
        <w:rPr>
          <w:b/>
          <w:bCs/>
          <w:u w:val="single"/>
        </w:rPr>
        <w:t>12</w:t>
      </w:r>
      <w:r w:rsidR="005809E9" w:rsidRPr="005809E9">
        <w:rPr>
          <w:b/>
          <w:bCs/>
          <w:u w:val="single"/>
          <w:vertAlign w:val="superscript"/>
        </w:rPr>
        <w:t>TH</w:t>
      </w:r>
      <w:r w:rsidR="005809E9" w:rsidRPr="005809E9">
        <w:rPr>
          <w:b/>
          <w:bCs/>
          <w:u w:val="single"/>
        </w:rPr>
        <w:t xml:space="preserve"> JUNE</w:t>
      </w:r>
    </w:p>
    <w:p w14:paraId="695FC5A1" w14:textId="6E039BBE" w:rsidR="00610063" w:rsidRPr="00610063" w:rsidRDefault="00610063">
      <w:pPr>
        <w:rPr>
          <w:b/>
          <w:bCs/>
          <w:u w:val="single"/>
        </w:rPr>
      </w:pPr>
      <w:r w:rsidRPr="00610063">
        <w:rPr>
          <w:b/>
          <w:bCs/>
          <w:u w:val="single"/>
        </w:rPr>
        <w:t>BRAYBROOK COLOUR RUN 2026</w:t>
      </w:r>
    </w:p>
    <w:p w14:paraId="0E9921BD" w14:textId="28F8BC62" w:rsidR="00816213" w:rsidRDefault="00816213">
      <w:r>
        <w:t xml:space="preserve">Child’s </w:t>
      </w:r>
      <w:proofErr w:type="gramStart"/>
      <w:r>
        <w:t>name:</w:t>
      </w:r>
      <w:r w:rsidR="006D665C">
        <w:t>…</w:t>
      </w:r>
      <w:proofErr w:type="gramEnd"/>
      <w:r w:rsidR="006D665C">
        <w:t>…………………………………………………………….</w:t>
      </w:r>
    </w:p>
    <w:p w14:paraId="4061BC1A" w14:textId="27CF8E5F" w:rsidR="00816213" w:rsidRDefault="00816213">
      <w:r>
        <w:t xml:space="preserve">Class/Year </w:t>
      </w:r>
      <w:proofErr w:type="gramStart"/>
      <w:r>
        <w:t>group:</w:t>
      </w:r>
      <w:r w:rsidR="006D665C">
        <w:t>…</w:t>
      </w:r>
      <w:proofErr w:type="gramEnd"/>
      <w:r w:rsidR="006D665C">
        <w:t>……………………………………………………….</w:t>
      </w:r>
    </w:p>
    <w:p w14:paraId="532CBCF9" w14:textId="0917AADF" w:rsidR="00816213" w:rsidRDefault="006D665C">
      <w:r>
        <w:rPr>
          <w:noProof/>
        </w:rPr>
        <mc:AlternateContent>
          <mc:Choice Requires="wps">
            <w:drawing>
              <wp:anchor distT="0" distB="0" distL="114300" distR="114300" simplePos="0" relativeHeight="251660288" behindDoc="0" locked="0" layoutInCell="1" allowOverlap="1" wp14:anchorId="6C02E834" wp14:editId="0B7194CC">
                <wp:simplePos x="0" y="0"/>
                <wp:positionH relativeFrom="column">
                  <wp:posOffset>3905250</wp:posOffset>
                </wp:positionH>
                <wp:positionV relativeFrom="paragraph">
                  <wp:posOffset>266065</wp:posOffset>
                </wp:positionV>
                <wp:extent cx="266700" cy="257175"/>
                <wp:effectExtent l="0" t="0" r="19050" b="28575"/>
                <wp:wrapNone/>
                <wp:docPr id="1007578445" name="Rectangle 5"/>
                <wp:cNvGraphicFramePr/>
                <a:graphic xmlns:a="http://schemas.openxmlformats.org/drawingml/2006/main">
                  <a:graphicData uri="http://schemas.microsoft.com/office/word/2010/wordprocessingShape">
                    <wps:wsp>
                      <wps:cNvSpPr/>
                      <wps:spPr>
                        <a:xfrm>
                          <a:off x="0" y="0"/>
                          <a:ext cx="266700" cy="257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E38B71" id="Rectangle 5" o:spid="_x0000_s1026" style="position:absolute;margin-left:307.5pt;margin-top:20.95pt;width:21pt;height:20.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" fillcolor="white [3201]" strokecolor="black [3200]" strokeweight="2pt"/>
            </w:pict>
          </mc:Fallback>
        </mc:AlternateContent>
      </w:r>
      <w:r w:rsidR="00816213">
        <w:t>My child would like to run at</w:t>
      </w:r>
      <w:r>
        <w:t xml:space="preserve"> </w:t>
      </w:r>
      <w:r w:rsidRPr="00A94C0D">
        <w:rPr>
          <w:b/>
          <w:bCs/>
        </w:rPr>
        <w:t>(tick ONE):</w:t>
      </w:r>
    </w:p>
    <w:p w14:paraId="46F7C2AC" w14:textId="63EEE664" w:rsidR="006D665C" w:rsidRDefault="00816213">
      <w:r>
        <w:t xml:space="preserve">2:30pm (I will not be </w:t>
      </w:r>
      <w:proofErr w:type="gramStart"/>
      <w:r>
        <w:t>spectating</w:t>
      </w:r>
      <w:proofErr w:type="gramEnd"/>
      <w:r w:rsidR="006D665C">
        <w:t xml:space="preserve">)     </w:t>
      </w:r>
    </w:p>
    <w:p w14:paraId="23982F1B" w14:textId="5F097C4B" w:rsidR="00A94C0D" w:rsidRDefault="00A94C0D">
      <w:r>
        <w:rPr>
          <w:noProof/>
        </w:rPr>
        <mc:AlternateContent>
          <mc:Choice Requires="wps">
            <w:drawing>
              <wp:anchor distT="0" distB="0" distL="114300" distR="114300" simplePos="0" relativeHeight="251657728" behindDoc="0" locked="0" layoutInCell="1" allowOverlap="1" wp14:anchorId="5B82AF56" wp14:editId="6A6103A1">
                <wp:simplePos x="0" y="0"/>
                <wp:positionH relativeFrom="column">
                  <wp:posOffset>3914775</wp:posOffset>
                </wp:positionH>
                <wp:positionV relativeFrom="paragraph">
                  <wp:posOffset>237490</wp:posOffset>
                </wp:positionV>
                <wp:extent cx="266700" cy="257175"/>
                <wp:effectExtent l="0" t="0" r="19050" b="28575"/>
                <wp:wrapNone/>
                <wp:docPr id="1693233478" name="Rectangle 5"/>
                <wp:cNvGraphicFramePr/>
                <a:graphic xmlns:a="http://schemas.openxmlformats.org/drawingml/2006/main">
                  <a:graphicData uri="http://schemas.microsoft.com/office/word/2010/wordprocessingShape">
                    <wps:wsp>
                      <wps:cNvSpPr/>
                      <wps:spPr>
                        <a:xfrm>
                          <a:off x="0" y="0"/>
                          <a:ext cx="266700" cy="257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4571F5" id="Rectangle 5" o:spid="_x0000_s1026" style="position:absolute;margin-left:308.25pt;margin-top:18.7pt;width:21pt;height:20.2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" fillcolor="white [3201]" strokecolor="black [3200]" strokeweight="2pt"/>
            </w:pict>
          </mc:Fallback>
        </mc:AlternateContent>
      </w:r>
      <w:r>
        <w:t>OR</w:t>
      </w:r>
    </w:p>
    <w:p w14:paraId="00ADADFA" w14:textId="7715CBAD" w:rsidR="00816213" w:rsidRDefault="00816213">
      <w:pPr>
        <w:rPr>
          <w:noProof/>
        </w:rPr>
      </w:pPr>
      <w:r>
        <w:t>3:15pm onwards (I will be spectating)</w:t>
      </w:r>
      <w:r w:rsidR="006D665C">
        <w:t>:</w:t>
      </w:r>
      <w:r w:rsidR="006D665C" w:rsidRPr="006D665C">
        <w:rPr>
          <w:noProof/>
        </w:rPr>
        <w:t xml:space="preserve"> </w:t>
      </w:r>
    </w:p>
    <w:p w14:paraId="5A73E368" w14:textId="43796878" w:rsidR="006D665C" w:rsidRDefault="005809E9">
      <w:r>
        <w:t>---------------------------------------------------------------------------------------------------------------------</w:t>
      </w:r>
    </w:p>
    <w:p w14:paraId="4F515D50" w14:textId="794E6525" w:rsidR="006D665C" w:rsidRDefault="006D665C">
      <w:r>
        <w:rPr>
          <w:noProof/>
        </w:rPr>
        <mc:AlternateContent>
          <mc:Choice Requires="wps">
            <w:drawing>
              <wp:anchor distT="0" distB="0" distL="114300" distR="114300" simplePos="0" relativeHeight="251659776" behindDoc="1" locked="0" layoutInCell="1" allowOverlap="1" wp14:anchorId="10B9350F" wp14:editId="065E08F3">
                <wp:simplePos x="0" y="0"/>
                <wp:positionH relativeFrom="column">
                  <wp:posOffset>3971925</wp:posOffset>
                </wp:positionH>
                <wp:positionV relativeFrom="paragraph">
                  <wp:posOffset>204470</wp:posOffset>
                </wp:positionV>
                <wp:extent cx="285750" cy="295275"/>
                <wp:effectExtent l="0" t="0" r="19050" b="28575"/>
                <wp:wrapTight wrapText="bothSides">
                  <wp:wrapPolygon edited="0">
                    <wp:start x="0" y="0"/>
                    <wp:lineTo x="0" y="22297"/>
                    <wp:lineTo x="21600" y="22297"/>
                    <wp:lineTo x="21600" y="0"/>
                    <wp:lineTo x="0" y="0"/>
                  </wp:wrapPolygon>
                </wp:wrapTight>
                <wp:docPr id="2096084327" name="Rectangle 5"/>
                <wp:cNvGraphicFramePr/>
                <a:graphic xmlns:a="http://schemas.openxmlformats.org/drawingml/2006/main">
                  <a:graphicData uri="http://schemas.microsoft.com/office/word/2010/wordprocessingShape">
                    <wps:wsp>
                      <wps:cNvSpPr/>
                      <wps:spPr>
                        <a:xfrm>
                          <a:off x="0" y="0"/>
                          <a:ext cx="285750" cy="2952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CDF10" id="Rectangle 5" o:spid="_x0000_s1026" style="position:absolute;margin-left:312.75pt;margin-top:16.1pt;width:22.5pt;height:23.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" fillcolor="white [3201]" strokecolor="black [3200]" strokeweight="2pt">
                <w10:wrap type="tight"/>
              </v:rect>
            </w:pict>
          </mc:Fallback>
        </mc:AlternateContent>
      </w:r>
      <w:r>
        <w:t>Tick to confirm:</w:t>
      </w:r>
      <w:r w:rsidRPr="006D665C">
        <w:rPr>
          <w:noProof/>
        </w:rPr>
        <w:t xml:space="preserve"> </w:t>
      </w:r>
    </w:p>
    <w:p w14:paraId="6EA8787D" w14:textId="64EEAEF8" w:rsidR="00816213" w:rsidRDefault="006D665C">
      <w:r>
        <w:rPr>
          <w:noProof/>
        </w:rPr>
        <mc:AlternateContent>
          <mc:Choice Requires="wps">
            <w:drawing>
              <wp:anchor distT="0" distB="0" distL="114300" distR="114300" simplePos="0" relativeHeight="251661824" behindDoc="1" locked="0" layoutInCell="1" allowOverlap="1" wp14:anchorId="04DCBF10" wp14:editId="205C8254">
                <wp:simplePos x="0" y="0"/>
                <wp:positionH relativeFrom="column">
                  <wp:posOffset>3971925</wp:posOffset>
                </wp:positionH>
                <wp:positionV relativeFrom="paragraph">
                  <wp:posOffset>270510</wp:posOffset>
                </wp:positionV>
                <wp:extent cx="295275" cy="295275"/>
                <wp:effectExtent l="0" t="0" r="28575" b="28575"/>
                <wp:wrapTight wrapText="bothSides">
                  <wp:wrapPolygon edited="0">
                    <wp:start x="0" y="0"/>
                    <wp:lineTo x="0" y="22297"/>
                    <wp:lineTo x="22297" y="22297"/>
                    <wp:lineTo x="22297" y="0"/>
                    <wp:lineTo x="0" y="0"/>
                  </wp:wrapPolygon>
                </wp:wrapTight>
                <wp:docPr id="1442993" name="Rectangle 5"/>
                <wp:cNvGraphicFramePr/>
                <a:graphic xmlns:a="http://schemas.openxmlformats.org/drawingml/2006/main">
                  <a:graphicData uri="http://schemas.microsoft.com/office/word/2010/wordprocessingShape">
                    <wps:wsp>
                      <wps:cNvSpPr/>
                      <wps:spPr>
                        <a:xfrm>
                          <a:off x="0" y="0"/>
                          <a:ext cx="295275" cy="2952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1070A" id="Rectangle 5" o:spid="_x0000_s1026" style="position:absolute;margin-left:312.75pt;margin-top:21.3pt;width:23.25pt;height:23.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" fillcolor="white [3201]" strokecolor="black [3200]" strokeweight="2pt">
                <w10:wrap type="tight"/>
              </v:rect>
            </w:pict>
          </mc:Fallback>
        </mc:AlternateContent>
      </w:r>
      <w:r>
        <w:t>I have</w:t>
      </w:r>
      <w:r w:rsidR="00816213">
        <w:t xml:space="preserve"> enclose</w:t>
      </w:r>
      <w:r>
        <w:t>d</w:t>
      </w:r>
      <w:r w:rsidR="00816213">
        <w:t xml:space="preserve"> a payment of £6 in </w:t>
      </w:r>
      <w:r>
        <w:t>n</w:t>
      </w:r>
      <w:r w:rsidR="00816213">
        <w:t>a</w:t>
      </w:r>
      <w:r>
        <w:t>m</w:t>
      </w:r>
      <w:r w:rsidR="00816213">
        <w:t>ed envelope</w:t>
      </w:r>
      <w:r>
        <w:t>:</w:t>
      </w:r>
    </w:p>
    <w:p w14:paraId="7FEC94E8" w14:textId="77777777" w:rsidR="005809E9" w:rsidRDefault="006D665C">
      <w:r>
        <w:t>I have signed and returned the attached waiver</w:t>
      </w:r>
      <w:r w:rsidR="005809E9">
        <w:t xml:space="preserve"> (REAR OF THIS</w:t>
      </w:r>
    </w:p>
    <w:p w14:paraId="2D159FF9" w14:textId="044FAEAB" w:rsidR="006D665C" w:rsidRDefault="005809E9">
      <w:r>
        <w:t xml:space="preserve"> PAGE)</w:t>
      </w:r>
      <w:r w:rsidR="006D665C">
        <w:t>:</w:t>
      </w:r>
    </w:p>
    <w:p w14:paraId="6213F6E1" w14:textId="004174EB" w:rsidR="005809E9" w:rsidRDefault="005809E9">
      <w:r>
        <w:t>--------------------------------------------------------------------------------------------------------------------</w:t>
      </w:r>
    </w:p>
    <w:p w14:paraId="2ACE226E" w14:textId="2FBE682E" w:rsidR="00A94C0D" w:rsidRDefault="00A94C0D">
      <w:r>
        <w:t>Tick one:</w:t>
      </w:r>
    </w:p>
    <w:p w14:paraId="0EFC01BC" w14:textId="444B7070" w:rsidR="006D665C" w:rsidRDefault="006D665C">
      <w:r>
        <w:t xml:space="preserve">I will be fundraising £10 (or more) and would like to order a </w:t>
      </w:r>
      <w:r w:rsidR="00A94C0D">
        <w:t>t-shirt</w:t>
      </w:r>
      <w:r>
        <w:t xml:space="preserve"> in the following size </w:t>
      </w:r>
      <w:r w:rsidR="00610063">
        <w:t xml:space="preserve">– sizes equate to ages </w:t>
      </w:r>
      <w:r>
        <w:t>(please tick</w:t>
      </w:r>
      <w:r w:rsidR="00610063">
        <w:t xml:space="preserve"> one</w:t>
      </w:r>
      <w:r>
        <w:t>):</w:t>
      </w:r>
    </w:p>
    <w:tbl>
      <w:tblPr>
        <w:tblStyle w:val="TableGrid"/>
        <w:tblW w:w="9528" w:type="dxa"/>
        <w:tblLook w:val="04A0" w:firstRow="1" w:lastRow="0" w:firstColumn="1" w:lastColumn="0" w:noHBand="0" w:noVBand="1"/>
      </w:tblPr>
      <w:tblGrid>
        <w:gridCol w:w="1038"/>
        <w:gridCol w:w="951"/>
        <w:gridCol w:w="951"/>
        <w:gridCol w:w="951"/>
        <w:gridCol w:w="951"/>
        <w:gridCol w:w="975"/>
        <w:gridCol w:w="1010"/>
        <w:gridCol w:w="920"/>
        <w:gridCol w:w="920"/>
        <w:gridCol w:w="861"/>
      </w:tblGrid>
      <w:tr w:rsidR="00610063" w14:paraId="31BADEE4" w14:textId="3F7E5E12" w:rsidTr="00610063">
        <w:trPr>
          <w:trHeight w:val="393"/>
        </w:trPr>
        <w:tc>
          <w:tcPr>
            <w:tcW w:w="1038" w:type="dxa"/>
          </w:tcPr>
          <w:p w14:paraId="4C3F2562" w14:textId="239C2862" w:rsidR="00610063" w:rsidRDefault="00610063">
            <w:r>
              <w:t>4-5</w:t>
            </w:r>
          </w:p>
        </w:tc>
        <w:tc>
          <w:tcPr>
            <w:tcW w:w="951" w:type="dxa"/>
          </w:tcPr>
          <w:p w14:paraId="2D8A02FC" w14:textId="58145676" w:rsidR="00610063" w:rsidRDefault="00610063">
            <w:r>
              <w:t>5-6</w:t>
            </w:r>
          </w:p>
        </w:tc>
        <w:tc>
          <w:tcPr>
            <w:tcW w:w="951" w:type="dxa"/>
          </w:tcPr>
          <w:p w14:paraId="22A143FB" w14:textId="20B36E9B" w:rsidR="00610063" w:rsidRDefault="00610063">
            <w:r>
              <w:t>6-7</w:t>
            </w:r>
          </w:p>
        </w:tc>
        <w:tc>
          <w:tcPr>
            <w:tcW w:w="951" w:type="dxa"/>
          </w:tcPr>
          <w:p w14:paraId="1FB9C422" w14:textId="2259DAFA" w:rsidR="00610063" w:rsidRDefault="00610063">
            <w:r>
              <w:t>7-8</w:t>
            </w:r>
          </w:p>
        </w:tc>
        <w:tc>
          <w:tcPr>
            <w:tcW w:w="951" w:type="dxa"/>
          </w:tcPr>
          <w:p w14:paraId="34A61EEC" w14:textId="465754FB" w:rsidR="00610063" w:rsidRDefault="00610063">
            <w:r>
              <w:t>8-9</w:t>
            </w:r>
          </w:p>
        </w:tc>
        <w:tc>
          <w:tcPr>
            <w:tcW w:w="975" w:type="dxa"/>
          </w:tcPr>
          <w:p w14:paraId="63FD2404" w14:textId="680FE55A" w:rsidR="00610063" w:rsidRDefault="00610063">
            <w:r>
              <w:t>9-10</w:t>
            </w:r>
          </w:p>
        </w:tc>
        <w:tc>
          <w:tcPr>
            <w:tcW w:w="1010" w:type="dxa"/>
          </w:tcPr>
          <w:p w14:paraId="015B96F5" w14:textId="43865E92" w:rsidR="00610063" w:rsidRDefault="00610063">
            <w:r>
              <w:t>10-11</w:t>
            </w:r>
          </w:p>
        </w:tc>
        <w:tc>
          <w:tcPr>
            <w:tcW w:w="920" w:type="dxa"/>
          </w:tcPr>
          <w:p w14:paraId="4171878D" w14:textId="6F3F580F" w:rsidR="00610063" w:rsidRDefault="00610063">
            <w:r>
              <w:t>11-12</w:t>
            </w:r>
          </w:p>
        </w:tc>
        <w:tc>
          <w:tcPr>
            <w:tcW w:w="920" w:type="dxa"/>
          </w:tcPr>
          <w:p w14:paraId="27A5E591" w14:textId="13CEE2CD" w:rsidR="00610063" w:rsidRDefault="00610063">
            <w:r>
              <w:t>12-13</w:t>
            </w:r>
          </w:p>
        </w:tc>
        <w:tc>
          <w:tcPr>
            <w:tcW w:w="861" w:type="dxa"/>
          </w:tcPr>
          <w:p w14:paraId="6DEBB662" w14:textId="11EF47A4" w:rsidR="00610063" w:rsidRDefault="00610063">
            <w:r>
              <w:t>13-14</w:t>
            </w:r>
          </w:p>
        </w:tc>
      </w:tr>
      <w:tr w:rsidR="00610063" w14:paraId="573FE326" w14:textId="77777777" w:rsidTr="00610063">
        <w:trPr>
          <w:trHeight w:val="393"/>
        </w:trPr>
        <w:tc>
          <w:tcPr>
            <w:tcW w:w="1038" w:type="dxa"/>
          </w:tcPr>
          <w:p w14:paraId="6895F02C" w14:textId="77777777" w:rsidR="00610063" w:rsidRDefault="00610063"/>
        </w:tc>
        <w:tc>
          <w:tcPr>
            <w:tcW w:w="951" w:type="dxa"/>
          </w:tcPr>
          <w:p w14:paraId="5B2BC62A" w14:textId="77777777" w:rsidR="00610063" w:rsidRDefault="00610063"/>
        </w:tc>
        <w:tc>
          <w:tcPr>
            <w:tcW w:w="951" w:type="dxa"/>
          </w:tcPr>
          <w:p w14:paraId="395E0E9A" w14:textId="77777777" w:rsidR="00610063" w:rsidRDefault="00610063"/>
        </w:tc>
        <w:tc>
          <w:tcPr>
            <w:tcW w:w="951" w:type="dxa"/>
          </w:tcPr>
          <w:p w14:paraId="6862FF83" w14:textId="77777777" w:rsidR="00610063" w:rsidRDefault="00610063"/>
        </w:tc>
        <w:tc>
          <w:tcPr>
            <w:tcW w:w="951" w:type="dxa"/>
          </w:tcPr>
          <w:p w14:paraId="38F12F10" w14:textId="77777777" w:rsidR="00610063" w:rsidRDefault="00610063"/>
        </w:tc>
        <w:tc>
          <w:tcPr>
            <w:tcW w:w="975" w:type="dxa"/>
          </w:tcPr>
          <w:p w14:paraId="17A756ED" w14:textId="77777777" w:rsidR="00610063" w:rsidRDefault="00610063"/>
        </w:tc>
        <w:tc>
          <w:tcPr>
            <w:tcW w:w="1010" w:type="dxa"/>
          </w:tcPr>
          <w:p w14:paraId="09BE7AF9" w14:textId="77777777" w:rsidR="00610063" w:rsidRDefault="00610063"/>
        </w:tc>
        <w:tc>
          <w:tcPr>
            <w:tcW w:w="920" w:type="dxa"/>
          </w:tcPr>
          <w:p w14:paraId="6B8050C3" w14:textId="77777777" w:rsidR="00610063" w:rsidRDefault="00610063"/>
        </w:tc>
        <w:tc>
          <w:tcPr>
            <w:tcW w:w="920" w:type="dxa"/>
          </w:tcPr>
          <w:p w14:paraId="34A72C6C" w14:textId="77777777" w:rsidR="00610063" w:rsidRDefault="00610063"/>
        </w:tc>
        <w:tc>
          <w:tcPr>
            <w:tcW w:w="861" w:type="dxa"/>
          </w:tcPr>
          <w:p w14:paraId="0C5FEE26" w14:textId="77777777" w:rsidR="00610063" w:rsidRDefault="00610063"/>
        </w:tc>
      </w:tr>
    </w:tbl>
    <w:p w14:paraId="63862D2C" w14:textId="77777777" w:rsidR="00E844A3" w:rsidRDefault="00E844A3"/>
    <w:p w14:paraId="1FB67739" w14:textId="77777777" w:rsidR="00E844A3" w:rsidRDefault="00610063">
      <w:r>
        <w:rPr>
          <w:noProof/>
        </w:rPr>
        <mc:AlternateContent>
          <mc:Choice Requires="wps">
            <w:drawing>
              <wp:anchor distT="0" distB="0" distL="114300" distR="114300" simplePos="0" relativeHeight="251662848" behindDoc="0" locked="0" layoutInCell="1" allowOverlap="1" wp14:anchorId="05501F97" wp14:editId="0BF449FB">
                <wp:simplePos x="0" y="0"/>
                <wp:positionH relativeFrom="column">
                  <wp:posOffset>1878775</wp:posOffset>
                </wp:positionH>
                <wp:positionV relativeFrom="paragraph">
                  <wp:posOffset>484505</wp:posOffset>
                </wp:positionV>
                <wp:extent cx="266700" cy="257175"/>
                <wp:effectExtent l="0" t="0" r="19050" b="28575"/>
                <wp:wrapNone/>
                <wp:docPr id="1639780626" name="Rectangle 5"/>
                <wp:cNvGraphicFramePr/>
                <a:graphic xmlns:a="http://schemas.openxmlformats.org/drawingml/2006/main">
                  <a:graphicData uri="http://schemas.microsoft.com/office/word/2010/wordprocessingShape">
                    <wps:wsp>
                      <wps:cNvSpPr/>
                      <wps:spPr>
                        <a:xfrm>
                          <a:off x="0" y="0"/>
                          <a:ext cx="266700" cy="2571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4E6F54" id="Rectangle 5" o:spid="_x0000_s1026" style="position:absolute;margin-left:147.95pt;margin-top:38.15pt;width:21pt;height:20.2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" fillcolor="white [3201]" strokecolor="black [3200]" strokeweight="2pt"/>
            </w:pict>
          </mc:Fallback>
        </mc:AlternateContent>
      </w:r>
      <w:r w:rsidR="00A94C0D">
        <w:t>OR</w:t>
      </w:r>
      <w:r w:rsidR="00A94C0D">
        <w:br/>
      </w:r>
    </w:p>
    <w:p w14:paraId="2866DF79" w14:textId="2D7FED11" w:rsidR="00A94C0D" w:rsidRDefault="00A94C0D">
      <w:r>
        <w:t xml:space="preserve">I will provide my </w:t>
      </w:r>
      <w:proofErr w:type="gramStart"/>
      <w:r>
        <w:t>own t</w:t>
      </w:r>
      <w:proofErr w:type="gramEnd"/>
      <w:r>
        <w:t>-shirt</w:t>
      </w:r>
    </w:p>
    <w:p w14:paraId="31F5CAB0" w14:textId="3309E609" w:rsidR="006D665C" w:rsidRDefault="006D665C"/>
    <w:p w14:paraId="50630A9D" w14:textId="77777777" w:rsidR="00610063" w:rsidRDefault="00610063"/>
    <w:p w14:paraId="0F1AC4F0" w14:textId="77777777" w:rsidR="00610063" w:rsidRDefault="00610063"/>
    <w:p w14:paraId="12E4449D" w14:textId="77777777" w:rsidR="00610063" w:rsidRDefault="00610063"/>
    <w:p w14:paraId="1E367DD8" w14:textId="3420F4E1" w:rsidR="00610063" w:rsidRPr="00664355" w:rsidRDefault="00987A47" w:rsidP="00610063">
      <w:pPr>
        <w:pStyle w:val="NormalWeb"/>
        <w:shd w:val="clear" w:color="auto" w:fill="FFFFFF"/>
        <w:spacing w:after="0" w:line="240" w:lineRule="auto"/>
        <w:jc w:val="center"/>
        <w:rPr>
          <w:rFonts w:asciiTheme="minorHAnsi" w:hAnsiTheme="minorHAnsi" w:cstheme="minorHAnsi"/>
          <w:b/>
          <w:sz w:val="22"/>
          <w:szCs w:val="22"/>
          <w:u w:val="single"/>
        </w:rPr>
      </w:pPr>
      <w:r>
        <w:rPr>
          <w:rFonts w:asciiTheme="minorHAnsi" w:hAnsiTheme="minorHAnsi" w:cstheme="minorHAnsi"/>
          <w:b/>
          <w:sz w:val="22"/>
          <w:szCs w:val="22"/>
          <w:u w:val="single"/>
        </w:rPr>
        <w:lastRenderedPageBreak/>
        <w:t>B</w:t>
      </w:r>
      <w:r w:rsidR="00610063" w:rsidRPr="00664355">
        <w:rPr>
          <w:rFonts w:asciiTheme="minorHAnsi" w:hAnsiTheme="minorHAnsi" w:cstheme="minorHAnsi"/>
          <w:b/>
          <w:sz w:val="22"/>
          <w:szCs w:val="22"/>
          <w:u w:val="single"/>
        </w:rPr>
        <w:t xml:space="preserve">raybrook </w:t>
      </w:r>
      <w:proofErr w:type="spellStart"/>
      <w:r w:rsidR="00610063" w:rsidRPr="00664355">
        <w:rPr>
          <w:rFonts w:asciiTheme="minorHAnsi" w:hAnsiTheme="minorHAnsi" w:cstheme="minorHAnsi"/>
          <w:b/>
          <w:sz w:val="22"/>
          <w:szCs w:val="22"/>
          <w:u w:val="single"/>
        </w:rPr>
        <w:t>Colour</w:t>
      </w:r>
      <w:proofErr w:type="spellEnd"/>
      <w:r w:rsidR="00610063" w:rsidRPr="00664355">
        <w:rPr>
          <w:rFonts w:asciiTheme="minorHAnsi" w:hAnsiTheme="minorHAnsi" w:cstheme="minorHAnsi"/>
          <w:b/>
          <w:sz w:val="22"/>
          <w:szCs w:val="22"/>
          <w:u w:val="single"/>
        </w:rPr>
        <w:t xml:space="preserve"> Run Application Form and Waiver</w:t>
      </w:r>
    </w:p>
    <w:p w14:paraId="2B86824A" w14:textId="6F5F2A30" w:rsidR="00610063" w:rsidRPr="00664355" w:rsidRDefault="00610063" w:rsidP="00610063">
      <w:pPr>
        <w:spacing w:line="240" w:lineRule="auto"/>
        <w:rPr>
          <w:rFonts w:cstheme="minorHAnsi"/>
          <w:b/>
          <w:bCs/>
        </w:rPr>
      </w:pPr>
      <w:r w:rsidRPr="00664355">
        <w:rPr>
          <w:rFonts w:cstheme="minorHAnsi"/>
          <w:b/>
          <w:bCs/>
        </w:rPr>
        <w:t>A waiver needs to be signed and returned to school for EACH person taking part i.e. ONE FORM PER PERSON RUNNING. If you do not return this, your child will not be able to participate.</w:t>
      </w:r>
    </w:p>
    <w:p w14:paraId="62411AE9" w14:textId="77777777" w:rsidR="00610063" w:rsidRPr="00664355" w:rsidRDefault="00610063" w:rsidP="00610063">
      <w:pPr>
        <w:pStyle w:val="NormalWeb"/>
        <w:shd w:val="clear" w:color="auto" w:fill="FFFFFF"/>
        <w:spacing w:after="0" w:line="240" w:lineRule="auto"/>
        <w:rPr>
          <w:rFonts w:asciiTheme="minorHAnsi" w:hAnsiTheme="minorHAnsi" w:cstheme="minorHAnsi"/>
          <w:sz w:val="22"/>
          <w:szCs w:val="22"/>
        </w:rPr>
      </w:pPr>
    </w:p>
    <w:p w14:paraId="76B2482A" w14:textId="77777777" w:rsidR="00610063" w:rsidRPr="00664355" w:rsidRDefault="00610063" w:rsidP="00610063">
      <w:pPr>
        <w:pStyle w:val="NormalWeb"/>
        <w:shd w:val="clear" w:color="auto" w:fill="FFFFFF"/>
        <w:spacing w:after="0" w:line="240" w:lineRule="auto"/>
        <w:rPr>
          <w:rFonts w:asciiTheme="minorHAnsi" w:hAnsiTheme="minorHAnsi" w:cstheme="minorHAnsi"/>
          <w:sz w:val="22"/>
          <w:szCs w:val="22"/>
        </w:rPr>
      </w:pPr>
      <w:r w:rsidRPr="00664355">
        <w:rPr>
          <w:rFonts w:asciiTheme="minorHAnsi" w:hAnsiTheme="minorHAnsi" w:cstheme="minorHAnsi"/>
          <w:sz w:val="22"/>
          <w:szCs w:val="22"/>
        </w:rPr>
        <w:t xml:space="preserve">In order your child to participate in the Braybrook </w:t>
      </w:r>
      <w:proofErr w:type="spellStart"/>
      <w:r w:rsidRPr="00664355">
        <w:rPr>
          <w:rFonts w:asciiTheme="minorHAnsi" w:hAnsiTheme="minorHAnsi" w:cstheme="minorHAnsi"/>
          <w:sz w:val="22"/>
          <w:szCs w:val="22"/>
        </w:rPr>
        <w:t>Colour</w:t>
      </w:r>
      <w:proofErr w:type="spellEnd"/>
      <w:r w:rsidRPr="00664355">
        <w:rPr>
          <w:rFonts w:asciiTheme="minorHAnsi" w:hAnsiTheme="minorHAnsi" w:cstheme="minorHAnsi"/>
          <w:sz w:val="22"/>
          <w:szCs w:val="22"/>
        </w:rPr>
        <w:t xml:space="preserve"> Run, you must complete the following waiver prior to the event (for each child). </w:t>
      </w:r>
    </w:p>
    <w:p w14:paraId="30876633" w14:textId="77777777" w:rsidR="00610063" w:rsidRPr="00664355" w:rsidRDefault="00610063" w:rsidP="00610063">
      <w:pPr>
        <w:pStyle w:val="NormalWeb"/>
        <w:shd w:val="clear" w:color="auto" w:fill="FFFFFF"/>
        <w:spacing w:after="0" w:line="240" w:lineRule="auto"/>
        <w:rPr>
          <w:rFonts w:asciiTheme="minorHAnsi" w:hAnsiTheme="minorHAnsi" w:cstheme="minorHAnsi"/>
          <w:sz w:val="22"/>
          <w:szCs w:val="22"/>
        </w:rPr>
      </w:pPr>
      <w:r w:rsidRPr="00664355">
        <w:rPr>
          <w:rFonts w:asciiTheme="minorHAnsi" w:hAnsiTheme="minorHAnsi" w:cstheme="minorHAnsi"/>
          <w:sz w:val="22"/>
          <w:szCs w:val="22"/>
        </w:rPr>
        <w:t> </w:t>
      </w:r>
    </w:p>
    <w:p w14:paraId="55687E94" w14:textId="77777777" w:rsidR="00610063" w:rsidRPr="00664355" w:rsidRDefault="00610063" w:rsidP="00610063">
      <w:pPr>
        <w:pStyle w:val="NormalWeb"/>
        <w:numPr>
          <w:ilvl w:val="0"/>
          <w:numId w:val="10"/>
        </w:numPr>
        <w:shd w:val="clear" w:color="auto" w:fill="FFFFFF"/>
        <w:spacing w:after="0" w:line="240" w:lineRule="auto"/>
        <w:rPr>
          <w:rFonts w:asciiTheme="minorHAnsi" w:hAnsiTheme="minorHAnsi" w:cstheme="minorHAnsi"/>
          <w:sz w:val="22"/>
          <w:szCs w:val="22"/>
        </w:rPr>
      </w:pPr>
      <w:r w:rsidRPr="00664355">
        <w:rPr>
          <w:rFonts w:asciiTheme="minorHAnsi" w:hAnsiTheme="minorHAnsi" w:cstheme="minorHAnsi"/>
          <w:sz w:val="22"/>
          <w:szCs w:val="22"/>
        </w:rPr>
        <w:t xml:space="preserve">I am aged 18 years or above and wish for my child to participate in the Braybrook </w:t>
      </w:r>
      <w:proofErr w:type="spellStart"/>
      <w:r w:rsidRPr="00664355">
        <w:rPr>
          <w:rFonts w:asciiTheme="minorHAnsi" w:hAnsiTheme="minorHAnsi" w:cstheme="minorHAnsi"/>
          <w:sz w:val="22"/>
          <w:szCs w:val="22"/>
        </w:rPr>
        <w:t>Colour</w:t>
      </w:r>
      <w:proofErr w:type="spellEnd"/>
      <w:r w:rsidRPr="00664355">
        <w:rPr>
          <w:rFonts w:asciiTheme="minorHAnsi" w:hAnsiTheme="minorHAnsi" w:cstheme="minorHAnsi"/>
          <w:sz w:val="22"/>
          <w:szCs w:val="22"/>
        </w:rPr>
        <w:t xml:space="preserve"> Run and I am the parent/legal guardian of the registered child who is/are under the age of 18. I wish for the named children to participate in the Braybrook </w:t>
      </w:r>
      <w:proofErr w:type="spellStart"/>
      <w:r w:rsidRPr="00664355">
        <w:rPr>
          <w:rFonts w:asciiTheme="minorHAnsi" w:hAnsiTheme="minorHAnsi" w:cstheme="minorHAnsi"/>
          <w:sz w:val="22"/>
          <w:szCs w:val="22"/>
        </w:rPr>
        <w:t>Colour</w:t>
      </w:r>
      <w:proofErr w:type="spellEnd"/>
      <w:r w:rsidRPr="00664355">
        <w:rPr>
          <w:rFonts w:asciiTheme="minorHAnsi" w:hAnsiTheme="minorHAnsi" w:cstheme="minorHAnsi"/>
          <w:sz w:val="22"/>
          <w:szCs w:val="22"/>
        </w:rPr>
        <w:t xml:space="preserve"> Run on 25</w:t>
      </w:r>
      <w:r w:rsidRPr="00664355">
        <w:rPr>
          <w:rFonts w:asciiTheme="minorHAnsi" w:hAnsiTheme="minorHAnsi" w:cstheme="minorHAnsi"/>
          <w:sz w:val="22"/>
          <w:szCs w:val="22"/>
          <w:vertAlign w:val="superscript"/>
        </w:rPr>
        <w:t>th</w:t>
      </w:r>
      <w:r w:rsidRPr="00664355">
        <w:rPr>
          <w:rFonts w:asciiTheme="minorHAnsi" w:hAnsiTheme="minorHAnsi" w:cstheme="minorHAnsi"/>
          <w:sz w:val="22"/>
          <w:szCs w:val="22"/>
        </w:rPr>
        <w:t xml:space="preserve"> June 2026.</w:t>
      </w:r>
    </w:p>
    <w:p w14:paraId="62120CCB" w14:textId="77777777" w:rsidR="00610063" w:rsidRPr="00664355" w:rsidRDefault="00610063" w:rsidP="00610063">
      <w:pPr>
        <w:pStyle w:val="NormalWeb"/>
        <w:numPr>
          <w:ilvl w:val="0"/>
          <w:numId w:val="10"/>
        </w:numPr>
        <w:shd w:val="clear" w:color="auto" w:fill="FFFFFF"/>
        <w:spacing w:after="0" w:line="240" w:lineRule="auto"/>
        <w:rPr>
          <w:rFonts w:asciiTheme="minorHAnsi" w:hAnsiTheme="minorHAnsi" w:cstheme="minorHAnsi"/>
          <w:sz w:val="22"/>
          <w:szCs w:val="22"/>
        </w:rPr>
      </w:pPr>
      <w:r w:rsidRPr="00664355">
        <w:rPr>
          <w:rFonts w:asciiTheme="minorHAnsi" w:hAnsiTheme="minorHAnsi" w:cstheme="minorHAnsi"/>
          <w:sz w:val="22"/>
          <w:szCs w:val="22"/>
        </w:rPr>
        <w:t xml:space="preserve">I agree that my child will participate in the Braybrook </w:t>
      </w:r>
      <w:proofErr w:type="spellStart"/>
      <w:r w:rsidRPr="00664355">
        <w:rPr>
          <w:rFonts w:asciiTheme="minorHAnsi" w:hAnsiTheme="minorHAnsi" w:cstheme="minorHAnsi"/>
          <w:sz w:val="22"/>
          <w:szCs w:val="22"/>
        </w:rPr>
        <w:t>Colour</w:t>
      </w:r>
      <w:proofErr w:type="spellEnd"/>
      <w:r w:rsidRPr="00664355">
        <w:rPr>
          <w:rFonts w:asciiTheme="minorHAnsi" w:hAnsiTheme="minorHAnsi" w:cstheme="minorHAnsi"/>
          <w:sz w:val="22"/>
          <w:szCs w:val="22"/>
        </w:rPr>
        <w:t xml:space="preserve"> Run in accordance with the specific safety rules clearly explained by school staff at the beginning of the challenge. </w:t>
      </w:r>
    </w:p>
    <w:p w14:paraId="324DED8C" w14:textId="77777777" w:rsidR="00610063" w:rsidRPr="00664355" w:rsidRDefault="00610063" w:rsidP="00610063">
      <w:pPr>
        <w:pStyle w:val="NormalWeb"/>
        <w:numPr>
          <w:ilvl w:val="0"/>
          <w:numId w:val="10"/>
        </w:numPr>
        <w:shd w:val="clear" w:color="auto" w:fill="FFFFFF"/>
        <w:spacing w:after="0" w:line="240" w:lineRule="auto"/>
        <w:rPr>
          <w:rFonts w:asciiTheme="minorHAnsi" w:hAnsiTheme="minorHAnsi" w:cstheme="minorHAnsi"/>
          <w:sz w:val="22"/>
          <w:szCs w:val="22"/>
        </w:rPr>
      </w:pPr>
      <w:r w:rsidRPr="00664355">
        <w:rPr>
          <w:rFonts w:asciiTheme="minorHAnsi" w:hAnsiTheme="minorHAnsi" w:cstheme="minorHAnsi"/>
          <w:sz w:val="22"/>
          <w:szCs w:val="22"/>
        </w:rPr>
        <w:t xml:space="preserve">I understand that participating in the Braybrook </w:t>
      </w:r>
      <w:proofErr w:type="spellStart"/>
      <w:r w:rsidRPr="00664355">
        <w:rPr>
          <w:rFonts w:asciiTheme="minorHAnsi" w:hAnsiTheme="minorHAnsi" w:cstheme="minorHAnsi"/>
          <w:sz w:val="22"/>
          <w:szCs w:val="22"/>
        </w:rPr>
        <w:t>Colour</w:t>
      </w:r>
      <w:proofErr w:type="spellEnd"/>
      <w:r w:rsidRPr="00664355">
        <w:rPr>
          <w:rFonts w:asciiTheme="minorHAnsi" w:hAnsiTheme="minorHAnsi" w:cstheme="minorHAnsi"/>
          <w:sz w:val="22"/>
          <w:szCs w:val="22"/>
        </w:rPr>
        <w:t xml:space="preserve"> Run is a potentially hazardous activity where </w:t>
      </w:r>
      <w:proofErr w:type="spellStart"/>
      <w:r w:rsidRPr="00664355">
        <w:rPr>
          <w:rFonts w:asciiTheme="minorHAnsi" w:hAnsiTheme="minorHAnsi" w:cstheme="minorHAnsi"/>
          <w:sz w:val="22"/>
          <w:szCs w:val="22"/>
        </w:rPr>
        <w:t>coloured</w:t>
      </w:r>
      <w:proofErr w:type="spellEnd"/>
      <w:r w:rsidRPr="00664355">
        <w:rPr>
          <w:rFonts w:asciiTheme="minorHAnsi" w:hAnsiTheme="minorHAnsi" w:cstheme="minorHAnsi"/>
          <w:sz w:val="22"/>
          <w:szCs w:val="22"/>
        </w:rPr>
        <w:t xml:space="preserve"> powder will be thrown at and around my child during the event. However, I understand that the powder is not harmful to people, animals or plant life. </w:t>
      </w:r>
    </w:p>
    <w:p w14:paraId="53010101" w14:textId="77777777" w:rsidR="00610063" w:rsidRPr="00664355" w:rsidRDefault="00610063" w:rsidP="00610063">
      <w:pPr>
        <w:pStyle w:val="NormalWeb"/>
        <w:numPr>
          <w:ilvl w:val="0"/>
          <w:numId w:val="10"/>
        </w:numPr>
        <w:shd w:val="clear" w:color="auto" w:fill="FFFFFF"/>
        <w:spacing w:after="0" w:line="240" w:lineRule="auto"/>
        <w:rPr>
          <w:rFonts w:asciiTheme="minorHAnsi" w:hAnsiTheme="minorHAnsi" w:cstheme="minorHAnsi"/>
          <w:b/>
          <w:sz w:val="22"/>
          <w:szCs w:val="22"/>
        </w:rPr>
      </w:pPr>
      <w:r w:rsidRPr="00664355">
        <w:rPr>
          <w:rFonts w:asciiTheme="minorHAnsi" w:hAnsiTheme="minorHAnsi" w:cstheme="minorHAnsi"/>
          <w:sz w:val="22"/>
          <w:szCs w:val="22"/>
        </w:rPr>
        <w:t xml:space="preserve">I agree that my child will wear any safety equipment outlined by Braybrook </w:t>
      </w:r>
      <w:proofErr w:type="spellStart"/>
      <w:r w:rsidRPr="00664355">
        <w:rPr>
          <w:rFonts w:asciiTheme="minorHAnsi" w:hAnsiTheme="minorHAnsi" w:cstheme="minorHAnsi"/>
          <w:sz w:val="22"/>
          <w:szCs w:val="22"/>
        </w:rPr>
        <w:t>Colour</w:t>
      </w:r>
      <w:proofErr w:type="spellEnd"/>
      <w:r w:rsidRPr="00664355">
        <w:rPr>
          <w:rFonts w:asciiTheme="minorHAnsi" w:hAnsiTheme="minorHAnsi" w:cstheme="minorHAnsi"/>
          <w:sz w:val="22"/>
          <w:szCs w:val="22"/>
        </w:rPr>
        <w:t xml:space="preserve"> Run. In accordance with the safety instructions and risk assessment, all participants must wear protective eyewear. This can include sunglasses (these will be provided), or goggles / prescription eyewear if preferred.  I understand that children need to </w:t>
      </w:r>
      <w:proofErr w:type="gramStart"/>
      <w:r w:rsidRPr="00664355">
        <w:rPr>
          <w:rFonts w:asciiTheme="minorHAnsi" w:hAnsiTheme="minorHAnsi" w:cstheme="minorHAnsi"/>
          <w:sz w:val="22"/>
          <w:szCs w:val="22"/>
        </w:rPr>
        <w:t>wear protective eyewear at all times</w:t>
      </w:r>
      <w:proofErr w:type="gramEnd"/>
      <w:r w:rsidRPr="00664355">
        <w:rPr>
          <w:rFonts w:asciiTheme="minorHAnsi" w:hAnsiTheme="minorHAnsi" w:cstheme="minorHAnsi"/>
          <w:sz w:val="22"/>
          <w:szCs w:val="22"/>
        </w:rPr>
        <w:t xml:space="preserve">. Failure to comply with these instructions could result in </w:t>
      </w:r>
      <w:proofErr w:type="gramStart"/>
      <w:r w:rsidRPr="00664355">
        <w:rPr>
          <w:rFonts w:asciiTheme="minorHAnsi" w:hAnsiTheme="minorHAnsi" w:cstheme="minorHAnsi"/>
          <w:sz w:val="22"/>
          <w:szCs w:val="22"/>
        </w:rPr>
        <w:t>the participation</w:t>
      </w:r>
      <w:proofErr w:type="gramEnd"/>
      <w:r w:rsidRPr="00664355">
        <w:rPr>
          <w:rFonts w:asciiTheme="minorHAnsi" w:hAnsiTheme="minorHAnsi" w:cstheme="minorHAnsi"/>
          <w:sz w:val="22"/>
          <w:szCs w:val="22"/>
        </w:rPr>
        <w:t xml:space="preserve"> being denied. </w:t>
      </w:r>
    </w:p>
    <w:p w14:paraId="0726109E" w14:textId="77777777" w:rsidR="00610063" w:rsidRPr="00664355" w:rsidRDefault="00610063" w:rsidP="00610063">
      <w:pPr>
        <w:pStyle w:val="NormalWeb"/>
        <w:numPr>
          <w:ilvl w:val="0"/>
          <w:numId w:val="10"/>
        </w:numPr>
        <w:shd w:val="clear" w:color="auto" w:fill="FFFFFF"/>
        <w:spacing w:after="0" w:line="240" w:lineRule="auto"/>
        <w:rPr>
          <w:rFonts w:asciiTheme="minorHAnsi" w:hAnsiTheme="minorHAnsi" w:cstheme="minorHAnsi"/>
          <w:bCs/>
          <w:sz w:val="22"/>
          <w:szCs w:val="22"/>
        </w:rPr>
      </w:pPr>
      <w:r w:rsidRPr="00664355">
        <w:rPr>
          <w:rFonts w:asciiTheme="minorHAnsi" w:hAnsiTheme="minorHAnsi" w:cstheme="minorHAnsi"/>
          <w:bCs/>
          <w:sz w:val="22"/>
          <w:szCs w:val="22"/>
        </w:rPr>
        <w:t xml:space="preserve">I agree to provide </w:t>
      </w:r>
      <w:proofErr w:type="gramStart"/>
      <w:r w:rsidRPr="00664355">
        <w:rPr>
          <w:rFonts w:asciiTheme="minorHAnsi" w:hAnsiTheme="minorHAnsi" w:cstheme="minorHAnsi"/>
          <w:bCs/>
          <w:sz w:val="22"/>
          <w:szCs w:val="22"/>
        </w:rPr>
        <w:t>a t</w:t>
      </w:r>
      <w:proofErr w:type="gramEnd"/>
      <w:r w:rsidRPr="00664355">
        <w:rPr>
          <w:rFonts w:asciiTheme="minorHAnsi" w:hAnsiTheme="minorHAnsi" w:cstheme="minorHAnsi"/>
          <w:bCs/>
          <w:sz w:val="22"/>
          <w:szCs w:val="22"/>
        </w:rPr>
        <w:t xml:space="preserve">-shirt (preferably white) to wear on the course. </w:t>
      </w:r>
      <w:r w:rsidRPr="00664355">
        <w:rPr>
          <w:rFonts w:asciiTheme="minorHAnsi" w:hAnsiTheme="minorHAnsi" w:cstheme="minorHAnsi"/>
          <w:sz w:val="22"/>
          <w:szCs w:val="22"/>
        </w:rPr>
        <w:t xml:space="preserve">I understand that the </w:t>
      </w:r>
      <w:proofErr w:type="spellStart"/>
      <w:r w:rsidRPr="00664355">
        <w:rPr>
          <w:rFonts w:asciiTheme="minorHAnsi" w:hAnsiTheme="minorHAnsi" w:cstheme="minorHAnsi"/>
          <w:sz w:val="22"/>
          <w:szCs w:val="22"/>
        </w:rPr>
        <w:t>colour</w:t>
      </w:r>
      <w:proofErr w:type="spellEnd"/>
      <w:r w:rsidRPr="00664355">
        <w:rPr>
          <w:rFonts w:asciiTheme="minorHAnsi" w:hAnsiTheme="minorHAnsi" w:cstheme="minorHAnsi"/>
          <w:sz w:val="22"/>
          <w:szCs w:val="22"/>
        </w:rPr>
        <w:t xml:space="preserve"> powder can cause staining if not washed on a cool cycle, immediately after the event. </w:t>
      </w:r>
      <w:r w:rsidRPr="00664355">
        <w:rPr>
          <w:rFonts w:asciiTheme="minorHAnsi" w:hAnsiTheme="minorHAnsi" w:cstheme="minorHAnsi"/>
          <w:bCs/>
          <w:sz w:val="22"/>
          <w:szCs w:val="22"/>
        </w:rPr>
        <w:t xml:space="preserve"> </w:t>
      </w:r>
    </w:p>
    <w:p w14:paraId="01F66E78" w14:textId="77777777" w:rsidR="00610063" w:rsidRPr="00664355" w:rsidRDefault="00610063" w:rsidP="00610063">
      <w:pPr>
        <w:pStyle w:val="NormalWeb"/>
        <w:numPr>
          <w:ilvl w:val="0"/>
          <w:numId w:val="10"/>
        </w:numPr>
        <w:shd w:val="clear" w:color="auto" w:fill="FFFFFF"/>
        <w:spacing w:after="0" w:line="240" w:lineRule="auto"/>
        <w:rPr>
          <w:rFonts w:asciiTheme="minorHAnsi" w:hAnsiTheme="minorHAnsi" w:cstheme="minorHAnsi"/>
          <w:sz w:val="22"/>
          <w:szCs w:val="22"/>
        </w:rPr>
      </w:pPr>
      <w:r w:rsidRPr="00664355">
        <w:rPr>
          <w:rFonts w:asciiTheme="minorHAnsi" w:hAnsiTheme="minorHAnsi" w:cstheme="minorHAnsi"/>
          <w:sz w:val="22"/>
          <w:szCs w:val="22"/>
        </w:rPr>
        <w:t xml:space="preserve">Participants are expected to </w:t>
      </w:r>
      <w:proofErr w:type="gramStart"/>
      <w:r w:rsidRPr="00664355">
        <w:rPr>
          <w:rFonts w:asciiTheme="minorHAnsi" w:hAnsiTheme="minorHAnsi" w:cstheme="minorHAnsi"/>
          <w:sz w:val="22"/>
          <w:szCs w:val="22"/>
        </w:rPr>
        <w:t>exhibit appropriate behavior at all times</w:t>
      </w:r>
      <w:proofErr w:type="gramEnd"/>
      <w:r w:rsidRPr="00664355">
        <w:rPr>
          <w:rFonts w:asciiTheme="minorHAnsi" w:hAnsiTheme="minorHAnsi" w:cstheme="minorHAnsi"/>
          <w:sz w:val="22"/>
          <w:szCs w:val="22"/>
        </w:rPr>
        <w:t xml:space="preserve"> and must always follow the instructions that are given to them. They must show respect towards the other pupils taking part, school staff, equipment and facilities and not misuse these in any way. </w:t>
      </w:r>
    </w:p>
    <w:p w14:paraId="0D82C4FF" w14:textId="77777777" w:rsidR="00610063" w:rsidRPr="00664355" w:rsidRDefault="00610063" w:rsidP="00610063">
      <w:pPr>
        <w:pStyle w:val="NormalWeb"/>
        <w:numPr>
          <w:ilvl w:val="0"/>
          <w:numId w:val="10"/>
        </w:numPr>
        <w:shd w:val="clear" w:color="auto" w:fill="FFFFFF"/>
        <w:spacing w:after="0" w:line="240" w:lineRule="auto"/>
        <w:rPr>
          <w:rFonts w:asciiTheme="minorHAnsi" w:hAnsiTheme="minorHAnsi" w:cstheme="minorHAnsi"/>
          <w:sz w:val="22"/>
          <w:szCs w:val="22"/>
        </w:rPr>
      </w:pPr>
      <w:r w:rsidRPr="00664355">
        <w:rPr>
          <w:rFonts w:asciiTheme="minorHAnsi" w:hAnsiTheme="minorHAnsi" w:cstheme="minorHAnsi"/>
          <w:sz w:val="22"/>
          <w:szCs w:val="22"/>
        </w:rPr>
        <w:t>I confirm that my child is in good physical condition and has no medical impairments that may prevent them from participating in the activity. If I have any concerns about their physical condition, I will consult my doctor before participating in the activity and inform the school straight away. I acknowledge that participation in the activity may be physically demanding and that there are risks of injury.</w:t>
      </w:r>
    </w:p>
    <w:p w14:paraId="6BE8C482" w14:textId="77777777" w:rsidR="00610063" w:rsidRPr="00664355" w:rsidRDefault="00610063" w:rsidP="00610063">
      <w:pPr>
        <w:pStyle w:val="NormalWeb"/>
        <w:numPr>
          <w:ilvl w:val="0"/>
          <w:numId w:val="10"/>
        </w:numPr>
        <w:shd w:val="clear" w:color="auto" w:fill="FFFFFF"/>
        <w:spacing w:after="0" w:line="240" w:lineRule="auto"/>
        <w:rPr>
          <w:rFonts w:asciiTheme="minorHAnsi" w:hAnsiTheme="minorHAnsi" w:cstheme="minorHAnsi"/>
          <w:sz w:val="22"/>
          <w:szCs w:val="22"/>
        </w:rPr>
      </w:pPr>
      <w:r w:rsidRPr="00664355">
        <w:rPr>
          <w:rFonts w:asciiTheme="minorHAnsi" w:hAnsiTheme="minorHAnsi" w:cstheme="minorHAnsi"/>
          <w:sz w:val="22"/>
          <w:szCs w:val="22"/>
        </w:rPr>
        <w:t xml:space="preserve">I hereby indemnify Friends of Braybrook School Association against all claims made by any other person against Friends of Braybrook School Association in respect of any injury, loss or damage arising out of or in connection with my failure to comply with the safety instructions and/or directions given by the school staff and event </w:t>
      </w:r>
      <w:proofErr w:type="spellStart"/>
      <w:r w:rsidRPr="00664355">
        <w:rPr>
          <w:rFonts w:asciiTheme="minorHAnsi" w:hAnsiTheme="minorHAnsi" w:cstheme="minorHAnsi"/>
          <w:sz w:val="22"/>
          <w:szCs w:val="22"/>
        </w:rPr>
        <w:t>organisers</w:t>
      </w:r>
      <w:proofErr w:type="spellEnd"/>
      <w:r w:rsidRPr="00664355">
        <w:rPr>
          <w:rFonts w:asciiTheme="minorHAnsi" w:hAnsiTheme="minorHAnsi" w:cstheme="minorHAnsi"/>
          <w:sz w:val="22"/>
          <w:szCs w:val="22"/>
        </w:rPr>
        <w:t>.</w:t>
      </w:r>
    </w:p>
    <w:p w14:paraId="15CD2A48" w14:textId="77777777" w:rsidR="00610063" w:rsidRPr="00664355" w:rsidRDefault="00610063" w:rsidP="00610063">
      <w:pPr>
        <w:pStyle w:val="NormalWeb"/>
        <w:numPr>
          <w:ilvl w:val="0"/>
          <w:numId w:val="10"/>
        </w:numPr>
        <w:shd w:val="clear" w:color="auto" w:fill="FFFFFF"/>
        <w:spacing w:after="0" w:line="240" w:lineRule="auto"/>
        <w:rPr>
          <w:rFonts w:asciiTheme="minorHAnsi" w:hAnsiTheme="minorHAnsi" w:cstheme="minorHAnsi"/>
          <w:sz w:val="22"/>
          <w:szCs w:val="22"/>
        </w:rPr>
      </w:pPr>
      <w:r w:rsidRPr="00664355">
        <w:rPr>
          <w:rFonts w:asciiTheme="minorHAnsi" w:hAnsiTheme="minorHAnsi" w:cstheme="minorHAnsi"/>
          <w:sz w:val="22"/>
          <w:szCs w:val="22"/>
        </w:rPr>
        <w:t xml:space="preserve">I acknowledge that I have read, fully understood and </w:t>
      </w:r>
      <w:proofErr w:type="gramStart"/>
      <w:r w:rsidRPr="00664355">
        <w:rPr>
          <w:rFonts w:asciiTheme="minorHAnsi" w:hAnsiTheme="minorHAnsi" w:cstheme="minorHAnsi"/>
          <w:sz w:val="22"/>
          <w:szCs w:val="22"/>
        </w:rPr>
        <w:t>agree</w:t>
      </w:r>
      <w:proofErr w:type="gramEnd"/>
      <w:r w:rsidRPr="00664355">
        <w:rPr>
          <w:rFonts w:asciiTheme="minorHAnsi" w:hAnsiTheme="minorHAnsi" w:cstheme="minorHAnsi"/>
          <w:sz w:val="22"/>
          <w:szCs w:val="22"/>
        </w:rPr>
        <w:t xml:space="preserve"> with </w:t>
      </w:r>
      <w:proofErr w:type="gramStart"/>
      <w:r w:rsidRPr="00664355">
        <w:rPr>
          <w:rFonts w:asciiTheme="minorHAnsi" w:hAnsiTheme="minorHAnsi" w:cstheme="minorHAnsi"/>
          <w:sz w:val="22"/>
          <w:szCs w:val="22"/>
        </w:rPr>
        <w:t>all of</w:t>
      </w:r>
      <w:proofErr w:type="gramEnd"/>
      <w:r w:rsidRPr="00664355">
        <w:rPr>
          <w:rFonts w:asciiTheme="minorHAnsi" w:hAnsiTheme="minorHAnsi" w:cstheme="minorHAnsi"/>
          <w:sz w:val="22"/>
          <w:szCs w:val="22"/>
        </w:rPr>
        <w:t xml:space="preserve"> the above prior to signing below. </w:t>
      </w:r>
    </w:p>
    <w:p w14:paraId="5C02D3A2" w14:textId="77777777" w:rsidR="00610063" w:rsidRPr="00664355" w:rsidRDefault="00610063" w:rsidP="00610063">
      <w:pPr>
        <w:pStyle w:val="NormalWeb"/>
        <w:shd w:val="clear" w:color="auto" w:fill="FFFFFF"/>
        <w:spacing w:after="0" w:line="360" w:lineRule="auto"/>
        <w:rPr>
          <w:rFonts w:asciiTheme="minorHAnsi" w:hAnsiTheme="minorHAnsi" w:cstheme="minorHAnsi"/>
          <w:b/>
          <w:bCs/>
          <w:sz w:val="22"/>
          <w:szCs w:val="22"/>
        </w:rPr>
      </w:pPr>
    </w:p>
    <w:p w14:paraId="3DE68601" w14:textId="5AE9C6AC" w:rsidR="00610063" w:rsidRPr="00664355" w:rsidRDefault="00610063" w:rsidP="00610063">
      <w:pPr>
        <w:pStyle w:val="NormalWeb"/>
        <w:shd w:val="clear" w:color="auto" w:fill="FFFFFF"/>
        <w:spacing w:after="0" w:line="360" w:lineRule="auto"/>
        <w:rPr>
          <w:rFonts w:asciiTheme="minorHAnsi" w:hAnsiTheme="minorHAnsi" w:cstheme="minorHAnsi"/>
          <w:sz w:val="22"/>
          <w:szCs w:val="22"/>
        </w:rPr>
      </w:pPr>
      <w:r w:rsidRPr="00664355">
        <w:rPr>
          <w:rFonts w:asciiTheme="minorHAnsi" w:hAnsiTheme="minorHAnsi" w:cstheme="minorHAnsi"/>
          <w:b/>
          <w:bCs/>
          <w:sz w:val="22"/>
          <w:szCs w:val="22"/>
        </w:rPr>
        <w:t>Child’s Name</w:t>
      </w:r>
      <w:r w:rsidRPr="00664355">
        <w:rPr>
          <w:rFonts w:asciiTheme="minorHAnsi" w:hAnsiTheme="minorHAnsi" w:cstheme="minorHAnsi"/>
          <w:sz w:val="22"/>
          <w:szCs w:val="22"/>
        </w:rPr>
        <w:t xml:space="preserve"> ……………………………………………………………………</w:t>
      </w:r>
      <w:r w:rsidRPr="00664355">
        <w:rPr>
          <w:rFonts w:asciiTheme="minorHAnsi" w:hAnsiTheme="minorHAnsi" w:cstheme="minorHAnsi"/>
          <w:sz w:val="22"/>
          <w:szCs w:val="22"/>
        </w:rPr>
        <w:tab/>
      </w:r>
      <w:r w:rsidRPr="00664355">
        <w:rPr>
          <w:rFonts w:asciiTheme="minorHAnsi" w:hAnsiTheme="minorHAnsi" w:cstheme="minorHAnsi"/>
          <w:b/>
          <w:bCs/>
          <w:sz w:val="22"/>
          <w:szCs w:val="22"/>
        </w:rPr>
        <w:t>Class</w:t>
      </w:r>
      <w:r w:rsidRPr="00664355">
        <w:rPr>
          <w:rFonts w:asciiTheme="minorHAnsi" w:hAnsiTheme="minorHAnsi" w:cstheme="minorHAnsi"/>
          <w:sz w:val="22"/>
          <w:szCs w:val="22"/>
        </w:rPr>
        <w:t xml:space="preserve"> ……………………………………</w:t>
      </w:r>
    </w:p>
    <w:p w14:paraId="4FAFAB81" w14:textId="5A8128CB" w:rsidR="00610063" w:rsidRPr="00664355" w:rsidRDefault="00610063" w:rsidP="00610063">
      <w:pPr>
        <w:pStyle w:val="NormalWeb"/>
        <w:shd w:val="clear" w:color="auto" w:fill="FFFFFF"/>
        <w:spacing w:after="0" w:line="360" w:lineRule="auto"/>
        <w:rPr>
          <w:rFonts w:asciiTheme="minorHAnsi" w:hAnsiTheme="minorHAnsi" w:cstheme="minorHAnsi"/>
          <w:sz w:val="22"/>
          <w:szCs w:val="22"/>
        </w:rPr>
      </w:pPr>
      <w:r w:rsidRPr="00664355">
        <w:rPr>
          <w:rFonts w:asciiTheme="minorHAnsi" w:hAnsiTheme="minorHAnsi" w:cstheme="minorHAnsi"/>
          <w:b/>
          <w:bCs/>
          <w:sz w:val="22"/>
          <w:szCs w:val="22"/>
        </w:rPr>
        <w:t>Parent/Guardian Name (printed)</w:t>
      </w:r>
      <w:r>
        <w:rPr>
          <w:rFonts w:asciiTheme="minorHAnsi" w:hAnsiTheme="minorHAnsi" w:cstheme="minorHAnsi"/>
          <w:sz w:val="22"/>
          <w:szCs w:val="22"/>
        </w:rPr>
        <w:t xml:space="preserve"> </w:t>
      </w:r>
      <w:r w:rsidRPr="00664355">
        <w:rPr>
          <w:rFonts w:asciiTheme="minorHAnsi" w:hAnsiTheme="minorHAnsi" w:cstheme="minorHAnsi"/>
          <w:sz w:val="22"/>
          <w:szCs w:val="22"/>
        </w:rPr>
        <w:t>…………………………………………………………………………………</w:t>
      </w:r>
    </w:p>
    <w:p w14:paraId="1545D3A4" w14:textId="2A61362D" w:rsidR="00610063" w:rsidRPr="00664355" w:rsidRDefault="00610063" w:rsidP="00610063">
      <w:pPr>
        <w:pStyle w:val="NormalWeb"/>
        <w:shd w:val="clear" w:color="auto" w:fill="FFFFFF"/>
        <w:spacing w:after="0" w:line="360" w:lineRule="auto"/>
        <w:rPr>
          <w:rFonts w:asciiTheme="minorHAnsi" w:hAnsiTheme="minorHAnsi" w:cstheme="minorHAnsi"/>
          <w:sz w:val="22"/>
          <w:szCs w:val="22"/>
        </w:rPr>
      </w:pPr>
      <w:r w:rsidRPr="00664355">
        <w:rPr>
          <w:rFonts w:asciiTheme="minorHAnsi" w:hAnsiTheme="minorHAnsi" w:cstheme="minorHAnsi"/>
          <w:b/>
          <w:bCs/>
          <w:sz w:val="22"/>
          <w:szCs w:val="22"/>
        </w:rPr>
        <w:t>Parent/Guardian signature</w:t>
      </w:r>
      <w:r w:rsidRPr="00664355">
        <w:rPr>
          <w:rFonts w:asciiTheme="minorHAnsi" w:hAnsiTheme="minorHAnsi" w:cstheme="minorHAnsi"/>
          <w:sz w:val="22"/>
          <w:szCs w:val="22"/>
        </w:rPr>
        <w:t xml:space="preserve"> …………………………………………………………………………………………</w:t>
      </w:r>
    </w:p>
    <w:p w14:paraId="105A2104" w14:textId="1075607C" w:rsidR="005809E9" w:rsidRPr="00116EA6" w:rsidRDefault="00610063" w:rsidP="00116EA6">
      <w:pPr>
        <w:pStyle w:val="NormalWeb"/>
        <w:shd w:val="clear" w:color="auto" w:fill="FFFFFF"/>
        <w:spacing w:after="0" w:line="360" w:lineRule="auto"/>
        <w:rPr>
          <w:rFonts w:asciiTheme="minorHAnsi" w:hAnsiTheme="minorHAnsi" w:cstheme="minorHAnsi"/>
          <w:sz w:val="22"/>
          <w:szCs w:val="22"/>
        </w:rPr>
      </w:pPr>
      <w:r w:rsidRPr="00664355">
        <w:rPr>
          <w:rFonts w:asciiTheme="minorHAnsi" w:hAnsiTheme="minorHAnsi" w:cstheme="minorHAnsi"/>
          <w:b/>
          <w:bCs/>
          <w:sz w:val="22"/>
          <w:szCs w:val="22"/>
        </w:rPr>
        <w:t>Relationship to child</w:t>
      </w:r>
      <w:r w:rsidRPr="00664355">
        <w:rPr>
          <w:rFonts w:asciiTheme="minorHAnsi" w:hAnsiTheme="minorHAnsi" w:cstheme="minorHAnsi"/>
          <w:sz w:val="22"/>
          <w:szCs w:val="22"/>
        </w:rPr>
        <w:t xml:space="preserve"> ………………………………………………………………………………………………………</w:t>
      </w:r>
    </w:p>
    <w:sectPr w:rsidR="005809E9" w:rsidRPr="00116EA6"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69BCEE0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C172B0"/>
    <w:multiLevelType w:val="hybridMultilevel"/>
    <w:tmpl w:val="7556F5AC"/>
    <w:lvl w:ilvl="0" w:tplc="917E1D20">
      <w:start w:val="1"/>
      <w:numFmt w:val="decimal"/>
      <w:lvlText w:val="%1."/>
      <w:lvlJc w:val="left"/>
      <w:pPr>
        <w:ind w:left="360" w:hanging="360"/>
      </w:pPr>
      <w:rPr>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40604197">
    <w:abstractNumId w:val="8"/>
  </w:num>
  <w:num w:numId="2" w16cid:durableId="1020014506">
    <w:abstractNumId w:val="6"/>
  </w:num>
  <w:num w:numId="3" w16cid:durableId="108161867">
    <w:abstractNumId w:val="5"/>
  </w:num>
  <w:num w:numId="4" w16cid:durableId="109279612">
    <w:abstractNumId w:val="4"/>
  </w:num>
  <w:num w:numId="5" w16cid:durableId="1855182">
    <w:abstractNumId w:val="7"/>
  </w:num>
  <w:num w:numId="6" w16cid:durableId="589850644">
    <w:abstractNumId w:val="3"/>
  </w:num>
  <w:num w:numId="7" w16cid:durableId="1455633288">
    <w:abstractNumId w:val="2"/>
  </w:num>
  <w:num w:numId="8" w16cid:durableId="634026930">
    <w:abstractNumId w:val="1"/>
  </w:num>
  <w:num w:numId="9" w16cid:durableId="405424848">
    <w:abstractNumId w:val="0"/>
  </w:num>
  <w:num w:numId="10" w16cid:durableId="6058439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73A0"/>
    <w:rsid w:val="00034616"/>
    <w:rsid w:val="0006063C"/>
    <w:rsid w:val="00116EA6"/>
    <w:rsid w:val="0015074B"/>
    <w:rsid w:val="0029639D"/>
    <w:rsid w:val="00326F90"/>
    <w:rsid w:val="00417A18"/>
    <w:rsid w:val="004C3EAA"/>
    <w:rsid w:val="005809E9"/>
    <w:rsid w:val="00610063"/>
    <w:rsid w:val="006D665C"/>
    <w:rsid w:val="00816213"/>
    <w:rsid w:val="008C517F"/>
    <w:rsid w:val="00987A47"/>
    <w:rsid w:val="00A471A2"/>
    <w:rsid w:val="00A94C0D"/>
    <w:rsid w:val="00AA1D8D"/>
    <w:rsid w:val="00B0590C"/>
    <w:rsid w:val="00B47730"/>
    <w:rsid w:val="00CB0664"/>
    <w:rsid w:val="00E16FFA"/>
    <w:rsid w:val="00E844A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1AA697"/>
  <w14:defaultImageDpi w14:val="300"/>
  <w15:docId w15:val="{BA04261B-C760-4CE1-9846-E29699D0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6D665C"/>
    <w:rPr>
      <w:rFonts w:ascii="Times New Roman" w:hAnsi="Times New Roman" w:cs="Times New Roman"/>
      <w:sz w:val="24"/>
      <w:szCs w:val="24"/>
    </w:rPr>
  </w:style>
  <w:style w:type="character" w:styleId="Hyperlink">
    <w:name w:val="Hyperlink"/>
    <w:basedOn w:val="DefaultParagraphFont"/>
    <w:uiPriority w:val="99"/>
    <w:unhideWhenUsed/>
    <w:rsid w:val="00610063"/>
    <w:rPr>
      <w:color w:val="0000FF" w:themeColor="hyperlink"/>
      <w:u w:val="single"/>
    </w:rPr>
  </w:style>
  <w:style w:type="character" w:styleId="UnresolvedMention">
    <w:name w:val="Unresolved Mention"/>
    <w:basedOn w:val="DefaultParagraphFont"/>
    <w:uiPriority w:val="99"/>
    <w:semiHidden/>
    <w:unhideWhenUsed/>
    <w:rsid w:val="00610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erkind.org/campaign/braybrook-primary-academy-braybrook-colour-run-2026"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986</Words>
  <Characters>5623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 Gross</cp:lastModifiedBy>
  <cp:revision>10</cp:revision>
  <cp:lastPrinted>2026-05-22T09:56:00Z</cp:lastPrinted>
  <dcterms:created xsi:type="dcterms:W3CDTF">2026-05-22T09:11:00Z</dcterms:created>
  <dcterms:modified xsi:type="dcterms:W3CDTF">2026-05-22T10:15:00Z</dcterms:modified>
  <cp:category/>
</cp:coreProperties>
</file>